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text" w:horzAnchor="margin" w:tblpXSpec="center" w:tblpY="-382"/>
        <w:tblW w:w="11620" w:type="dxa"/>
        <w:tblInd w:w="0" w:type="dxa"/>
        <w:tblCellMar>
          <w:top w:w="5" w:type="dxa"/>
          <w:right w:w="115" w:type="dxa"/>
        </w:tblCellMar>
        <w:tblLook w:val="04A0" w:firstRow="1" w:lastRow="0" w:firstColumn="1" w:lastColumn="0" w:noHBand="0" w:noVBand="1"/>
      </w:tblPr>
      <w:tblGrid>
        <w:gridCol w:w="386"/>
        <w:gridCol w:w="5166"/>
        <w:gridCol w:w="5682"/>
        <w:gridCol w:w="386"/>
      </w:tblGrid>
      <w:tr w:rsidR="002360B3" w14:paraId="2475C620" w14:textId="77777777" w:rsidTr="00A31880">
        <w:trPr>
          <w:trHeight w:val="353"/>
        </w:trPr>
        <w:tc>
          <w:tcPr>
            <w:tcW w:w="386" w:type="dxa"/>
            <w:vMerge w:val="restart"/>
            <w:tcBorders>
              <w:top w:val="nil"/>
              <w:left w:val="single" w:sz="2" w:space="0" w:color="003380"/>
              <w:bottom w:val="single" w:sz="4" w:space="0" w:color="003380"/>
              <w:right w:val="single" w:sz="2" w:space="0" w:color="003380"/>
            </w:tcBorders>
            <w:shd w:val="clear" w:color="auto" w:fill="FFFF00"/>
          </w:tcPr>
          <w:p w14:paraId="5C01E708" w14:textId="77777777" w:rsidR="002360B3" w:rsidRDefault="002360B3" w:rsidP="00A31880">
            <w:pPr>
              <w:spacing w:after="0" w:line="259" w:lineRule="auto"/>
              <w:ind w:left="2"/>
            </w:pPr>
          </w:p>
        </w:tc>
        <w:tc>
          <w:tcPr>
            <w:tcW w:w="5166" w:type="dxa"/>
            <w:tcBorders>
              <w:top w:val="nil"/>
              <w:left w:val="single" w:sz="2" w:space="0" w:color="003380"/>
              <w:bottom w:val="single" w:sz="2" w:space="0" w:color="003380"/>
              <w:right w:val="nil"/>
            </w:tcBorders>
            <w:shd w:val="clear" w:color="auto" w:fill="FFFF00"/>
          </w:tcPr>
          <w:p w14:paraId="500900AA" w14:textId="77777777" w:rsidR="002360B3" w:rsidRDefault="002360B3" w:rsidP="00A31880">
            <w:pPr>
              <w:spacing w:after="0" w:line="259" w:lineRule="auto"/>
              <w:ind w:left="2"/>
            </w:pPr>
            <w:r>
              <w:rPr>
                <w:rFonts w:ascii="Times New Roman" w:eastAsia="Times New Roman" w:hAnsi="Times New Roman" w:cs="Times New Roman"/>
                <w:sz w:val="26"/>
              </w:rPr>
              <w:t xml:space="preserve"> </w:t>
            </w:r>
          </w:p>
        </w:tc>
        <w:tc>
          <w:tcPr>
            <w:tcW w:w="6068" w:type="dxa"/>
            <w:gridSpan w:val="2"/>
            <w:tcBorders>
              <w:top w:val="nil"/>
              <w:left w:val="nil"/>
              <w:bottom w:val="single" w:sz="2" w:space="0" w:color="003380"/>
              <w:right w:val="nil"/>
            </w:tcBorders>
            <w:shd w:val="clear" w:color="auto" w:fill="003380"/>
          </w:tcPr>
          <w:p w14:paraId="046B53AD" w14:textId="77777777" w:rsidR="002360B3" w:rsidRDefault="002360B3" w:rsidP="00A31880">
            <w:pPr>
              <w:spacing w:after="0" w:line="259" w:lineRule="auto"/>
            </w:pPr>
            <w:r>
              <w:rPr>
                <w:rFonts w:ascii="Times New Roman" w:eastAsia="Times New Roman" w:hAnsi="Times New Roman" w:cs="Times New Roman"/>
                <w:color w:val="FFFFFF"/>
                <w:sz w:val="26"/>
              </w:rPr>
              <w:t xml:space="preserve"> </w:t>
            </w:r>
            <w:r>
              <w:rPr>
                <w:rFonts w:ascii="Times New Roman" w:eastAsia="Times New Roman" w:hAnsi="Times New Roman" w:cs="Times New Roman"/>
                <w:color w:val="FFFFFF"/>
                <w:sz w:val="26"/>
              </w:rPr>
              <w:tab/>
              <w:t xml:space="preserve"> </w:t>
            </w:r>
          </w:p>
        </w:tc>
      </w:tr>
      <w:tr w:rsidR="002360B3" w14:paraId="01B92777" w14:textId="77777777" w:rsidTr="00A31880">
        <w:trPr>
          <w:trHeight w:val="7368"/>
        </w:trPr>
        <w:tc>
          <w:tcPr>
            <w:tcW w:w="0" w:type="auto"/>
            <w:vMerge/>
            <w:tcBorders>
              <w:top w:val="nil"/>
              <w:left w:val="single" w:sz="2" w:space="0" w:color="003380"/>
              <w:bottom w:val="single" w:sz="4" w:space="0" w:color="003380"/>
              <w:right w:val="single" w:sz="2" w:space="0" w:color="003380"/>
            </w:tcBorders>
          </w:tcPr>
          <w:p w14:paraId="553E8EE4" w14:textId="77777777" w:rsidR="002360B3" w:rsidRDefault="002360B3" w:rsidP="00A31880">
            <w:pPr>
              <w:spacing w:after="160" w:line="259" w:lineRule="auto"/>
            </w:pPr>
          </w:p>
        </w:tc>
        <w:tc>
          <w:tcPr>
            <w:tcW w:w="10848" w:type="dxa"/>
            <w:gridSpan w:val="2"/>
            <w:vMerge w:val="restart"/>
            <w:tcBorders>
              <w:top w:val="single" w:sz="2" w:space="0" w:color="003380"/>
              <w:left w:val="single" w:sz="2" w:space="0" w:color="003380"/>
              <w:bottom w:val="single" w:sz="4" w:space="0" w:color="000000"/>
              <w:right w:val="nil"/>
            </w:tcBorders>
          </w:tcPr>
          <w:p w14:paraId="5BFCB5CA" w14:textId="77777777" w:rsidR="002360B3" w:rsidRDefault="002360B3" w:rsidP="00A31880">
            <w:pPr>
              <w:spacing w:after="0" w:line="259" w:lineRule="auto"/>
              <w:ind w:left="2"/>
            </w:pPr>
            <w:r>
              <w:rPr>
                <w:rFonts w:ascii="Times New Roman" w:eastAsia="Times New Roman" w:hAnsi="Times New Roman" w:cs="Times New Roman"/>
                <w:sz w:val="20"/>
              </w:rPr>
              <w:t xml:space="preserve"> </w:t>
            </w:r>
          </w:p>
          <w:p w14:paraId="08D6F4FB" w14:textId="77777777" w:rsidR="002360B3" w:rsidRDefault="002360B3" w:rsidP="00A31880">
            <w:pPr>
              <w:spacing w:after="0" w:line="259" w:lineRule="auto"/>
              <w:ind w:left="2"/>
            </w:pPr>
            <w:r>
              <w:rPr>
                <w:rFonts w:ascii="Times New Roman" w:eastAsia="Times New Roman" w:hAnsi="Times New Roman" w:cs="Times New Roman"/>
                <w:sz w:val="20"/>
              </w:rPr>
              <w:t xml:space="preserve"> </w:t>
            </w:r>
          </w:p>
          <w:p w14:paraId="3980F88E" w14:textId="77777777" w:rsidR="002360B3" w:rsidRDefault="002360B3" w:rsidP="00A31880">
            <w:pPr>
              <w:spacing w:after="97" w:line="259" w:lineRule="auto"/>
              <w:ind w:left="2"/>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5138EF7" wp14:editId="5A6048B6">
                      <wp:simplePos x="0" y="0"/>
                      <wp:positionH relativeFrom="column">
                        <wp:posOffset>1721529</wp:posOffset>
                      </wp:positionH>
                      <wp:positionV relativeFrom="paragraph">
                        <wp:posOffset>25089</wp:posOffset>
                      </wp:positionV>
                      <wp:extent cx="3420745" cy="339725"/>
                      <wp:effectExtent l="0" t="0" r="8255" b="3175"/>
                      <wp:wrapSquare wrapText="bothSides"/>
                      <wp:docPr id="12414" name="Group 12414"/>
                      <wp:cNvGraphicFramePr/>
                      <a:graphic xmlns:a="http://schemas.openxmlformats.org/drawingml/2006/main">
                        <a:graphicData uri="http://schemas.microsoft.com/office/word/2010/wordprocessingGroup">
                          <wpg:wgp>
                            <wpg:cNvGrpSpPr/>
                            <wpg:grpSpPr>
                              <a:xfrm>
                                <a:off x="0" y="0"/>
                                <a:ext cx="3420745" cy="339725"/>
                                <a:chOff x="0" y="0"/>
                                <a:chExt cx="4036695" cy="474853"/>
                              </a:xfrm>
                            </wpg:grpSpPr>
                            <wps:wsp>
                              <wps:cNvPr id="252" name="Shape 252"/>
                              <wps:cNvSpPr/>
                              <wps:spPr>
                                <a:xfrm>
                                  <a:off x="3137027" y="7874"/>
                                  <a:ext cx="437896" cy="459105"/>
                                </a:xfrm>
                                <a:custGeom>
                                  <a:avLst/>
                                  <a:gdLst/>
                                  <a:ahLst/>
                                  <a:cxnLst/>
                                  <a:rect l="0" t="0" r="0" b="0"/>
                                  <a:pathLst>
                                    <a:path w="437896" h="459105">
                                      <a:moveTo>
                                        <a:pt x="160274" y="0"/>
                                      </a:moveTo>
                                      <a:lnTo>
                                        <a:pt x="304038" y="0"/>
                                      </a:lnTo>
                                      <a:lnTo>
                                        <a:pt x="345567" y="118999"/>
                                      </a:lnTo>
                                      <a:lnTo>
                                        <a:pt x="230632" y="118999"/>
                                      </a:lnTo>
                                      <a:lnTo>
                                        <a:pt x="218948" y="160147"/>
                                      </a:lnTo>
                                      <a:lnTo>
                                        <a:pt x="184023" y="283972"/>
                                      </a:lnTo>
                                      <a:lnTo>
                                        <a:pt x="403225" y="283972"/>
                                      </a:lnTo>
                                      <a:lnTo>
                                        <a:pt x="437896" y="383286"/>
                                      </a:lnTo>
                                      <a:lnTo>
                                        <a:pt x="155321" y="383286"/>
                                      </a:lnTo>
                                      <a:lnTo>
                                        <a:pt x="134620" y="459105"/>
                                      </a:lnTo>
                                      <a:lnTo>
                                        <a:pt x="0" y="459105"/>
                                      </a:lnTo>
                                      <a:lnTo>
                                        <a:pt x="160274"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3" name="Shape 253"/>
                              <wps:cNvSpPr/>
                              <wps:spPr>
                                <a:xfrm>
                                  <a:off x="3442081" y="391160"/>
                                  <a:ext cx="159258" cy="75819"/>
                                </a:xfrm>
                                <a:custGeom>
                                  <a:avLst/>
                                  <a:gdLst/>
                                  <a:ahLst/>
                                  <a:cxnLst/>
                                  <a:rect l="0" t="0" r="0" b="0"/>
                                  <a:pathLst>
                                    <a:path w="159258" h="75819">
                                      <a:moveTo>
                                        <a:pt x="0" y="0"/>
                                      </a:moveTo>
                                      <a:lnTo>
                                        <a:pt x="132842" y="0"/>
                                      </a:lnTo>
                                      <a:lnTo>
                                        <a:pt x="159258" y="75819"/>
                                      </a:lnTo>
                                      <a:lnTo>
                                        <a:pt x="21336" y="75819"/>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4" name="Shape 254"/>
                              <wps:cNvSpPr/>
                              <wps:spPr>
                                <a:xfrm>
                                  <a:off x="3367659" y="126873"/>
                                  <a:ext cx="172593" cy="164973"/>
                                </a:xfrm>
                                <a:custGeom>
                                  <a:avLst/>
                                  <a:gdLst/>
                                  <a:ahLst/>
                                  <a:cxnLst/>
                                  <a:rect l="0" t="0" r="0" b="0"/>
                                  <a:pathLst>
                                    <a:path w="172593" h="164973">
                                      <a:moveTo>
                                        <a:pt x="0" y="0"/>
                                      </a:moveTo>
                                      <a:lnTo>
                                        <a:pt x="114935" y="0"/>
                                      </a:lnTo>
                                      <a:lnTo>
                                        <a:pt x="172593" y="164973"/>
                                      </a:lnTo>
                                      <a:lnTo>
                                        <a:pt x="46990" y="164973"/>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5" name="Shape 255"/>
                              <wps:cNvSpPr/>
                              <wps:spPr>
                                <a:xfrm>
                                  <a:off x="388493" y="7874"/>
                                  <a:ext cx="437896" cy="459105"/>
                                </a:xfrm>
                                <a:custGeom>
                                  <a:avLst/>
                                  <a:gdLst/>
                                  <a:ahLst/>
                                  <a:cxnLst/>
                                  <a:rect l="0" t="0" r="0" b="0"/>
                                  <a:pathLst>
                                    <a:path w="437896" h="459105">
                                      <a:moveTo>
                                        <a:pt x="160274" y="0"/>
                                      </a:moveTo>
                                      <a:lnTo>
                                        <a:pt x="304038" y="0"/>
                                      </a:lnTo>
                                      <a:lnTo>
                                        <a:pt x="345567" y="118999"/>
                                      </a:lnTo>
                                      <a:lnTo>
                                        <a:pt x="230505" y="118999"/>
                                      </a:lnTo>
                                      <a:lnTo>
                                        <a:pt x="184023" y="283972"/>
                                      </a:lnTo>
                                      <a:lnTo>
                                        <a:pt x="403225" y="283972"/>
                                      </a:lnTo>
                                      <a:lnTo>
                                        <a:pt x="437896" y="383286"/>
                                      </a:lnTo>
                                      <a:lnTo>
                                        <a:pt x="155321" y="383286"/>
                                      </a:lnTo>
                                      <a:lnTo>
                                        <a:pt x="134620" y="459105"/>
                                      </a:lnTo>
                                      <a:lnTo>
                                        <a:pt x="0" y="459105"/>
                                      </a:lnTo>
                                      <a:lnTo>
                                        <a:pt x="160274"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6" name="Shape 256"/>
                              <wps:cNvSpPr/>
                              <wps:spPr>
                                <a:xfrm>
                                  <a:off x="693420" y="391160"/>
                                  <a:ext cx="159385" cy="75819"/>
                                </a:xfrm>
                                <a:custGeom>
                                  <a:avLst/>
                                  <a:gdLst/>
                                  <a:ahLst/>
                                  <a:cxnLst/>
                                  <a:rect l="0" t="0" r="0" b="0"/>
                                  <a:pathLst>
                                    <a:path w="159385" h="75819">
                                      <a:moveTo>
                                        <a:pt x="0" y="0"/>
                                      </a:moveTo>
                                      <a:lnTo>
                                        <a:pt x="132969" y="0"/>
                                      </a:lnTo>
                                      <a:lnTo>
                                        <a:pt x="159385" y="75819"/>
                                      </a:lnTo>
                                      <a:lnTo>
                                        <a:pt x="21336" y="75819"/>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7" name="Shape 257"/>
                              <wps:cNvSpPr/>
                              <wps:spPr>
                                <a:xfrm>
                                  <a:off x="618998" y="126873"/>
                                  <a:ext cx="172720" cy="164973"/>
                                </a:xfrm>
                                <a:custGeom>
                                  <a:avLst/>
                                  <a:gdLst/>
                                  <a:ahLst/>
                                  <a:cxnLst/>
                                  <a:rect l="0" t="0" r="0" b="0"/>
                                  <a:pathLst>
                                    <a:path w="172720" h="164973">
                                      <a:moveTo>
                                        <a:pt x="0" y="0"/>
                                      </a:moveTo>
                                      <a:lnTo>
                                        <a:pt x="115062" y="0"/>
                                      </a:lnTo>
                                      <a:lnTo>
                                        <a:pt x="172720" y="164973"/>
                                      </a:lnTo>
                                      <a:lnTo>
                                        <a:pt x="47117" y="164973"/>
                                      </a:lnTo>
                                      <a:lnTo>
                                        <a:pt x="35433" y="123698"/>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8" name="Shape 258"/>
                              <wps:cNvSpPr/>
                              <wps:spPr>
                                <a:xfrm>
                                  <a:off x="3644265" y="7874"/>
                                  <a:ext cx="371348" cy="459105"/>
                                </a:xfrm>
                                <a:custGeom>
                                  <a:avLst/>
                                  <a:gdLst/>
                                  <a:ahLst/>
                                  <a:cxnLst/>
                                  <a:rect l="0" t="0" r="0" b="0"/>
                                  <a:pathLst>
                                    <a:path w="371348" h="459105">
                                      <a:moveTo>
                                        <a:pt x="0" y="0"/>
                                      </a:moveTo>
                                      <a:lnTo>
                                        <a:pt x="195834" y="0"/>
                                      </a:lnTo>
                                      <a:lnTo>
                                        <a:pt x="223393" y="1016"/>
                                      </a:lnTo>
                                      <a:lnTo>
                                        <a:pt x="248158" y="4191"/>
                                      </a:lnTo>
                                      <a:lnTo>
                                        <a:pt x="289306" y="16891"/>
                                      </a:lnTo>
                                      <a:lnTo>
                                        <a:pt x="321818" y="37465"/>
                                      </a:lnTo>
                                      <a:lnTo>
                                        <a:pt x="348234" y="65405"/>
                                      </a:lnTo>
                                      <a:lnTo>
                                        <a:pt x="368300" y="99568"/>
                                      </a:lnTo>
                                      <a:lnTo>
                                        <a:pt x="370078" y="103886"/>
                                      </a:lnTo>
                                      <a:lnTo>
                                        <a:pt x="131826" y="103886"/>
                                      </a:lnTo>
                                      <a:lnTo>
                                        <a:pt x="131826" y="354838"/>
                                      </a:lnTo>
                                      <a:lnTo>
                                        <a:pt x="371348" y="354838"/>
                                      </a:lnTo>
                                      <a:lnTo>
                                        <a:pt x="358394" y="379349"/>
                                      </a:lnTo>
                                      <a:lnTo>
                                        <a:pt x="333756" y="410084"/>
                                      </a:lnTo>
                                      <a:lnTo>
                                        <a:pt x="289941" y="440817"/>
                                      </a:lnTo>
                                      <a:lnTo>
                                        <a:pt x="253238" y="451993"/>
                                      </a:lnTo>
                                      <a:lnTo>
                                        <a:pt x="213995" y="458343"/>
                                      </a:lnTo>
                                      <a:lnTo>
                                        <a:pt x="195834"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9" name="Shape 259"/>
                              <wps:cNvSpPr/>
                              <wps:spPr>
                                <a:xfrm>
                                  <a:off x="3808349" y="111760"/>
                                  <a:ext cx="228346" cy="250952"/>
                                </a:xfrm>
                                <a:custGeom>
                                  <a:avLst/>
                                  <a:gdLst/>
                                  <a:ahLst/>
                                  <a:cxnLst/>
                                  <a:rect l="0" t="0" r="0" b="0"/>
                                  <a:pathLst>
                                    <a:path w="228346" h="250952">
                                      <a:moveTo>
                                        <a:pt x="635" y="0"/>
                                      </a:moveTo>
                                      <a:lnTo>
                                        <a:pt x="205994" y="0"/>
                                      </a:lnTo>
                                      <a:lnTo>
                                        <a:pt x="211836" y="14732"/>
                                      </a:lnTo>
                                      <a:lnTo>
                                        <a:pt x="217932" y="35179"/>
                                      </a:lnTo>
                                      <a:lnTo>
                                        <a:pt x="225806" y="78360"/>
                                      </a:lnTo>
                                      <a:lnTo>
                                        <a:pt x="228346" y="124079"/>
                                      </a:lnTo>
                                      <a:lnTo>
                                        <a:pt x="228219" y="126873"/>
                                      </a:lnTo>
                                      <a:lnTo>
                                        <a:pt x="224409" y="189357"/>
                                      </a:lnTo>
                                      <a:lnTo>
                                        <a:pt x="207264" y="250952"/>
                                      </a:lnTo>
                                      <a:lnTo>
                                        <a:pt x="0" y="250952"/>
                                      </a:lnTo>
                                      <a:lnTo>
                                        <a:pt x="35306" y="248412"/>
                                      </a:lnTo>
                                      <a:lnTo>
                                        <a:pt x="74295" y="227457"/>
                                      </a:lnTo>
                                      <a:lnTo>
                                        <a:pt x="90424" y="192405"/>
                                      </a:lnTo>
                                      <a:lnTo>
                                        <a:pt x="95377" y="152527"/>
                                      </a:lnTo>
                                      <a:lnTo>
                                        <a:pt x="96012" y="126873"/>
                                      </a:lnTo>
                                      <a:lnTo>
                                        <a:pt x="94615" y="93218"/>
                                      </a:lnTo>
                                      <a:lnTo>
                                        <a:pt x="83566" y="43307"/>
                                      </a:lnTo>
                                      <a:lnTo>
                                        <a:pt x="44577" y="6731"/>
                                      </a:lnTo>
                                      <a:lnTo>
                                        <a:pt x="24384" y="1651"/>
                                      </a:lnTo>
                                      <a:lnTo>
                                        <a:pt x="635"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0" name="Shape 260"/>
                              <wps:cNvSpPr/>
                              <wps:spPr>
                                <a:xfrm>
                                  <a:off x="895731" y="7874"/>
                                  <a:ext cx="381127" cy="459105"/>
                                </a:xfrm>
                                <a:custGeom>
                                  <a:avLst/>
                                  <a:gdLst/>
                                  <a:ahLst/>
                                  <a:cxnLst/>
                                  <a:rect l="0" t="0" r="0" b="0"/>
                                  <a:pathLst>
                                    <a:path w="381127" h="459105">
                                      <a:moveTo>
                                        <a:pt x="0" y="0"/>
                                      </a:moveTo>
                                      <a:lnTo>
                                        <a:pt x="219710" y="0"/>
                                      </a:lnTo>
                                      <a:lnTo>
                                        <a:pt x="248412" y="635"/>
                                      </a:lnTo>
                                      <a:lnTo>
                                        <a:pt x="273558" y="2794"/>
                                      </a:lnTo>
                                      <a:lnTo>
                                        <a:pt x="313055" y="11176"/>
                                      </a:lnTo>
                                      <a:lnTo>
                                        <a:pt x="354457" y="38989"/>
                                      </a:lnTo>
                                      <a:lnTo>
                                        <a:pt x="379984" y="86868"/>
                                      </a:lnTo>
                                      <a:lnTo>
                                        <a:pt x="381127" y="92710"/>
                                      </a:lnTo>
                                      <a:lnTo>
                                        <a:pt x="132334" y="92710"/>
                                      </a:lnTo>
                                      <a:lnTo>
                                        <a:pt x="132334" y="186055"/>
                                      </a:lnTo>
                                      <a:lnTo>
                                        <a:pt x="373126" y="186055"/>
                                      </a:lnTo>
                                      <a:lnTo>
                                        <a:pt x="369697" y="193422"/>
                                      </a:lnTo>
                                      <a:lnTo>
                                        <a:pt x="340741" y="228981"/>
                                      </a:lnTo>
                                      <a:lnTo>
                                        <a:pt x="295783" y="252603"/>
                                      </a:lnTo>
                                      <a:lnTo>
                                        <a:pt x="281813" y="256413"/>
                                      </a:lnTo>
                                      <a:lnTo>
                                        <a:pt x="292862" y="260604"/>
                                      </a:lnTo>
                                      <a:lnTo>
                                        <a:pt x="302260" y="264922"/>
                                      </a:lnTo>
                                      <a:lnTo>
                                        <a:pt x="310007" y="269113"/>
                                      </a:lnTo>
                                      <a:lnTo>
                                        <a:pt x="315214" y="272797"/>
                                      </a:lnTo>
                                      <a:lnTo>
                                        <a:pt x="132334" y="272797"/>
                                      </a:lnTo>
                                      <a:lnTo>
                                        <a:pt x="132334"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1" name="Shape 261"/>
                              <wps:cNvSpPr/>
                              <wps:spPr>
                                <a:xfrm>
                                  <a:off x="1039749" y="280670"/>
                                  <a:ext cx="275463" cy="186309"/>
                                </a:xfrm>
                                <a:custGeom>
                                  <a:avLst/>
                                  <a:gdLst/>
                                  <a:ahLst/>
                                  <a:cxnLst/>
                                  <a:rect l="0" t="0" r="0" b="0"/>
                                  <a:pathLst>
                                    <a:path w="275463" h="186309">
                                      <a:moveTo>
                                        <a:pt x="0" y="0"/>
                                      </a:moveTo>
                                      <a:lnTo>
                                        <a:pt x="171196" y="0"/>
                                      </a:lnTo>
                                      <a:lnTo>
                                        <a:pt x="172085" y="635"/>
                                      </a:lnTo>
                                      <a:lnTo>
                                        <a:pt x="186690" y="16256"/>
                                      </a:lnTo>
                                      <a:lnTo>
                                        <a:pt x="211709" y="53212"/>
                                      </a:lnTo>
                                      <a:lnTo>
                                        <a:pt x="275463" y="186309"/>
                                      </a:lnTo>
                                      <a:lnTo>
                                        <a:pt x="126619" y="186309"/>
                                      </a:lnTo>
                                      <a:lnTo>
                                        <a:pt x="49657" y="33527"/>
                                      </a:lnTo>
                                      <a:lnTo>
                                        <a:pt x="17145" y="2667"/>
                                      </a:lnTo>
                                      <a:lnTo>
                                        <a:pt x="8763" y="63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2" name="Shape 262"/>
                              <wps:cNvSpPr/>
                              <wps:spPr>
                                <a:xfrm>
                                  <a:off x="1083691" y="100584"/>
                                  <a:ext cx="196977" cy="93345"/>
                                </a:xfrm>
                                <a:custGeom>
                                  <a:avLst/>
                                  <a:gdLst/>
                                  <a:ahLst/>
                                  <a:cxnLst/>
                                  <a:rect l="0" t="0" r="0" b="0"/>
                                  <a:pathLst>
                                    <a:path w="196977" h="93345">
                                      <a:moveTo>
                                        <a:pt x="2286" y="0"/>
                                      </a:moveTo>
                                      <a:lnTo>
                                        <a:pt x="193167" y="0"/>
                                      </a:lnTo>
                                      <a:lnTo>
                                        <a:pt x="195707" y="13589"/>
                                      </a:lnTo>
                                      <a:lnTo>
                                        <a:pt x="196977" y="34672"/>
                                      </a:lnTo>
                                      <a:lnTo>
                                        <a:pt x="196977" y="35433"/>
                                      </a:lnTo>
                                      <a:lnTo>
                                        <a:pt x="196088" y="53087"/>
                                      </a:lnTo>
                                      <a:lnTo>
                                        <a:pt x="195961" y="53213"/>
                                      </a:lnTo>
                                      <a:lnTo>
                                        <a:pt x="193167" y="70231"/>
                                      </a:lnTo>
                                      <a:lnTo>
                                        <a:pt x="188468" y="86106"/>
                                      </a:lnTo>
                                      <a:lnTo>
                                        <a:pt x="185166" y="93345"/>
                                      </a:lnTo>
                                      <a:lnTo>
                                        <a:pt x="0" y="93345"/>
                                      </a:lnTo>
                                      <a:lnTo>
                                        <a:pt x="41148" y="84963"/>
                                      </a:lnTo>
                                      <a:lnTo>
                                        <a:pt x="64008" y="53087"/>
                                      </a:lnTo>
                                      <a:lnTo>
                                        <a:pt x="64516" y="45974"/>
                                      </a:lnTo>
                                      <a:lnTo>
                                        <a:pt x="63754" y="35433"/>
                                      </a:lnTo>
                                      <a:lnTo>
                                        <a:pt x="32639" y="2922"/>
                                      </a:lnTo>
                                      <a:lnTo>
                                        <a:pt x="18923" y="762"/>
                                      </a:lnTo>
                                      <a:lnTo>
                                        <a:pt x="2286"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3" name="Shape 263"/>
                              <wps:cNvSpPr/>
                              <wps:spPr>
                                <a:xfrm>
                                  <a:off x="2748534" y="7874"/>
                                  <a:ext cx="359664" cy="459105"/>
                                </a:xfrm>
                                <a:custGeom>
                                  <a:avLst/>
                                  <a:gdLst/>
                                  <a:ahLst/>
                                  <a:cxnLst/>
                                  <a:rect l="0" t="0" r="0" b="0"/>
                                  <a:pathLst>
                                    <a:path w="359664" h="459105">
                                      <a:moveTo>
                                        <a:pt x="0" y="0"/>
                                      </a:moveTo>
                                      <a:lnTo>
                                        <a:pt x="353187" y="0"/>
                                      </a:lnTo>
                                      <a:lnTo>
                                        <a:pt x="353187" y="98044"/>
                                      </a:lnTo>
                                      <a:lnTo>
                                        <a:pt x="132080" y="98044"/>
                                      </a:lnTo>
                                      <a:lnTo>
                                        <a:pt x="132080" y="170942"/>
                                      </a:lnTo>
                                      <a:lnTo>
                                        <a:pt x="337185" y="170942"/>
                                      </a:lnTo>
                                      <a:lnTo>
                                        <a:pt x="337185" y="264668"/>
                                      </a:lnTo>
                                      <a:lnTo>
                                        <a:pt x="132080" y="264668"/>
                                      </a:lnTo>
                                      <a:lnTo>
                                        <a:pt x="132080" y="355092"/>
                                      </a:lnTo>
                                      <a:lnTo>
                                        <a:pt x="359664" y="355092"/>
                                      </a:lnTo>
                                      <a:lnTo>
                                        <a:pt x="359664"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4" name="Shape 264"/>
                              <wps:cNvSpPr/>
                              <wps:spPr>
                                <a:xfrm>
                                  <a:off x="2185416" y="7874"/>
                                  <a:ext cx="199390" cy="459105"/>
                                </a:xfrm>
                                <a:custGeom>
                                  <a:avLst/>
                                  <a:gdLst/>
                                  <a:ahLst/>
                                  <a:cxnLst/>
                                  <a:rect l="0" t="0" r="0" b="0"/>
                                  <a:pathLst>
                                    <a:path w="199390" h="459105">
                                      <a:moveTo>
                                        <a:pt x="0" y="0"/>
                                      </a:moveTo>
                                      <a:lnTo>
                                        <a:pt x="173228" y="0"/>
                                      </a:lnTo>
                                      <a:lnTo>
                                        <a:pt x="199390" y="108966"/>
                                      </a:lnTo>
                                      <a:lnTo>
                                        <a:pt x="107950" y="108966"/>
                                      </a:lnTo>
                                      <a:lnTo>
                                        <a:pt x="107950"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5" name="Shape 265"/>
                              <wps:cNvSpPr/>
                              <wps:spPr>
                                <a:xfrm>
                                  <a:off x="2293366" y="116840"/>
                                  <a:ext cx="223393" cy="350139"/>
                                </a:xfrm>
                                <a:custGeom>
                                  <a:avLst/>
                                  <a:gdLst/>
                                  <a:ahLst/>
                                  <a:cxnLst/>
                                  <a:rect l="0" t="0" r="0" b="0"/>
                                  <a:pathLst>
                                    <a:path w="223393" h="350139">
                                      <a:moveTo>
                                        <a:pt x="0" y="0"/>
                                      </a:moveTo>
                                      <a:lnTo>
                                        <a:pt x="91440" y="0"/>
                                      </a:lnTo>
                                      <a:lnTo>
                                        <a:pt x="132207" y="170307"/>
                                      </a:lnTo>
                                      <a:lnTo>
                                        <a:pt x="223393" y="170307"/>
                                      </a:lnTo>
                                      <a:lnTo>
                                        <a:pt x="216281" y="200025"/>
                                      </a:lnTo>
                                      <a:lnTo>
                                        <a:pt x="180594" y="350139"/>
                                      </a:lnTo>
                                      <a:lnTo>
                                        <a:pt x="82931" y="350139"/>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14308" name="Shape 14308"/>
                              <wps:cNvSpPr/>
                              <wps:spPr>
                                <a:xfrm>
                                  <a:off x="2557145" y="116840"/>
                                  <a:ext cx="107950" cy="350139"/>
                                </a:xfrm>
                                <a:custGeom>
                                  <a:avLst/>
                                  <a:gdLst/>
                                  <a:ahLst/>
                                  <a:cxnLst/>
                                  <a:rect l="0" t="0" r="0" b="0"/>
                                  <a:pathLst>
                                    <a:path w="107950" h="350139">
                                      <a:moveTo>
                                        <a:pt x="0" y="0"/>
                                      </a:moveTo>
                                      <a:lnTo>
                                        <a:pt x="107950" y="0"/>
                                      </a:lnTo>
                                      <a:lnTo>
                                        <a:pt x="107950" y="350139"/>
                                      </a:lnTo>
                                      <a:lnTo>
                                        <a:pt x="0" y="350139"/>
                                      </a:lnTo>
                                      <a:lnTo>
                                        <a:pt x="0" y="0"/>
                                      </a:lnTo>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7" name="Shape 267"/>
                              <wps:cNvSpPr/>
                              <wps:spPr>
                                <a:xfrm>
                                  <a:off x="2425573" y="7874"/>
                                  <a:ext cx="239522" cy="279273"/>
                                </a:xfrm>
                                <a:custGeom>
                                  <a:avLst/>
                                  <a:gdLst/>
                                  <a:ahLst/>
                                  <a:cxnLst/>
                                  <a:rect l="0" t="0" r="0" b="0"/>
                                  <a:pathLst>
                                    <a:path w="239522" h="279273">
                                      <a:moveTo>
                                        <a:pt x="66294" y="0"/>
                                      </a:moveTo>
                                      <a:lnTo>
                                        <a:pt x="239522" y="0"/>
                                      </a:lnTo>
                                      <a:lnTo>
                                        <a:pt x="239522" y="108966"/>
                                      </a:lnTo>
                                      <a:lnTo>
                                        <a:pt x="131572" y="108966"/>
                                      </a:lnTo>
                                      <a:lnTo>
                                        <a:pt x="91186" y="279273"/>
                                      </a:lnTo>
                                      <a:lnTo>
                                        <a:pt x="0" y="279273"/>
                                      </a:lnTo>
                                      <a:lnTo>
                                        <a:pt x="66294"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8" name="Shape 268"/>
                              <wps:cNvSpPr/>
                              <wps:spPr>
                                <a:xfrm>
                                  <a:off x="1356741" y="7874"/>
                                  <a:ext cx="337439" cy="459105"/>
                                </a:xfrm>
                                <a:custGeom>
                                  <a:avLst/>
                                  <a:gdLst/>
                                  <a:ahLst/>
                                  <a:cxnLst/>
                                  <a:rect l="0" t="0" r="0" b="0"/>
                                  <a:pathLst>
                                    <a:path w="337439" h="459105">
                                      <a:moveTo>
                                        <a:pt x="0" y="0"/>
                                      </a:moveTo>
                                      <a:lnTo>
                                        <a:pt x="131826" y="0"/>
                                      </a:lnTo>
                                      <a:lnTo>
                                        <a:pt x="131826" y="346075"/>
                                      </a:lnTo>
                                      <a:lnTo>
                                        <a:pt x="337439" y="346075"/>
                                      </a:lnTo>
                                      <a:lnTo>
                                        <a:pt x="337439"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69" name="Shape 269"/>
                              <wps:cNvSpPr/>
                              <wps:spPr>
                                <a:xfrm>
                                  <a:off x="0" y="7874"/>
                                  <a:ext cx="359537" cy="459105"/>
                                </a:xfrm>
                                <a:custGeom>
                                  <a:avLst/>
                                  <a:gdLst/>
                                  <a:ahLst/>
                                  <a:cxnLst/>
                                  <a:rect l="0" t="0" r="0" b="0"/>
                                  <a:pathLst>
                                    <a:path w="359537" h="459105">
                                      <a:moveTo>
                                        <a:pt x="0" y="0"/>
                                      </a:moveTo>
                                      <a:lnTo>
                                        <a:pt x="353187" y="0"/>
                                      </a:lnTo>
                                      <a:lnTo>
                                        <a:pt x="353187" y="98044"/>
                                      </a:lnTo>
                                      <a:lnTo>
                                        <a:pt x="132080" y="98044"/>
                                      </a:lnTo>
                                      <a:lnTo>
                                        <a:pt x="132080" y="170942"/>
                                      </a:lnTo>
                                      <a:lnTo>
                                        <a:pt x="337185" y="170942"/>
                                      </a:lnTo>
                                      <a:lnTo>
                                        <a:pt x="337185" y="264668"/>
                                      </a:lnTo>
                                      <a:lnTo>
                                        <a:pt x="132080" y="264668"/>
                                      </a:lnTo>
                                      <a:lnTo>
                                        <a:pt x="132080" y="355092"/>
                                      </a:lnTo>
                                      <a:lnTo>
                                        <a:pt x="359537" y="355092"/>
                                      </a:lnTo>
                                      <a:lnTo>
                                        <a:pt x="359537"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70" name="Shape 270"/>
                              <wps:cNvSpPr/>
                              <wps:spPr>
                                <a:xfrm>
                                  <a:off x="1732915" y="306578"/>
                                  <a:ext cx="371729" cy="168275"/>
                                </a:xfrm>
                                <a:custGeom>
                                  <a:avLst/>
                                  <a:gdLst/>
                                  <a:ahLst/>
                                  <a:cxnLst/>
                                  <a:rect l="0" t="0" r="0" b="0"/>
                                  <a:pathLst>
                                    <a:path w="371729" h="168275">
                                      <a:moveTo>
                                        <a:pt x="125349" y="0"/>
                                      </a:moveTo>
                                      <a:lnTo>
                                        <a:pt x="127889" y="15494"/>
                                      </a:lnTo>
                                      <a:lnTo>
                                        <a:pt x="141986" y="50165"/>
                                      </a:lnTo>
                                      <a:lnTo>
                                        <a:pt x="182372" y="76200"/>
                                      </a:lnTo>
                                      <a:lnTo>
                                        <a:pt x="200152" y="77978"/>
                                      </a:lnTo>
                                      <a:lnTo>
                                        <a:pt x="371729" y="77978"/>
                                      </a:lnTo>
                                      <a:lnTo>
                                        <a:pt x="351790" y="109982"/>
                                      </a:lnTo>
                                      <a:lnTo>
                                        <a:pt x="320040" y="138176"/>
                                      </a:lnTo>
                                      <a:lnTo>
                                        <a:pt x="279146" y="157353"/>
                                      </a:lnTo>
                                      <a:lnTo>
                                        <a:pt x="227711" y="167005"/>
                                      </a:lnTo>
                                      <a:lnTo>
                                        <a:pt x="198120" y="168275"/>
                                      </a:lnTo>
                                      <a:lnTo>
                                        <a:pt x="147955" y="165354"/>
                                      </a:lnTo>
                                      <a:lnTo>
                                        <a:pt x="106045" y="156972"/>
                                      </a:lnTo>
                                      <a:lnTo>
                                        <a:pt x="47371" y="123190"/>
                                      </a:lnTo>
                                      <a:lnTo>
                                        <a:pt x="14605" y="71882"/>
                                      </a:lnTo>
                                      <a:lnTo>
                                        <a:pt x="5080" y="41656"/>
                                      </a:lnTo>
                                      <a:lnTo>
                                        <a:pt x="0" y="8509"/>
                                      </a:lnTo>
                                      <a:lnTo>
                                        <a:pt x="125349"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71" name="Shape 271"/>
                              <wps:cNvSpPr/>
                              <wps:spPr>
                                <a:xfrm>
                                  <a:off x="1748917" y="0"/>
                                  <a:ext cx="370967" cy="384556"/>
                                </a:xfrm>
                                <a:custGeom>
                                  <a:avLst/>
                                  <a:gdLst/>
                                  <a:ahLst/>
                                  <a:cxnLst/>
                                  <a:rect l="0" t="0" r="0" b="0"/>
                                  <a:pathLst>
                                    <a:path w="370967" h="384556">
                                      <a:moveTo>
                                        <a:pt x="181229" y="0"/>
                                      </a:moveTo>
                                      <a:lnTo>
                                        <a:pt x="219710" y="2032"/>
                                      </a:lnTo>
                                      <a:lnTo>
                                        <a:pt x="253238" y="8128"/>
                                      </a:lnTo>
                                      <a:lnTo>
                                        <a:pt x="305943" y="32766"/>
                                      </a:lnTo>
                                      <a:lnTo>
                                        <a:pt x="340106" y="75184"/>
                                      </a:lnTo>
                                      <a:lnTo>
                                        <a:pt x="343916" y="85471"/>
                                      </a:lnTo>
                                      <a:lnTo>
                                        <a:pt x="168148" y="85471"/>
                                      </a:lnTo>
                                      <a:lnTo>
                                        <a:pt x="147955" y="88138"/>
                                      </a:lnTo>
                                      <a:lnTo>
                                        <a:pt x="121920" y="121539"/>
                                      </a:lnTo>
                                      <a:lnTo>
                                        <a:pt x="121920" y="128778"/>
                                      </a:lnTo>
                                      <a:lnTo>
                                        <a:pt x="125095" y="135382"/>
                                      </a:lnTo>
                                      <a:lnTo>
                                        <a:pt x="131445" y="141224"/>
                                      </a:lnTo>
                                      <a:lnTo>
                                        <a:pt x="137668" y="145669"/>
                                      </a:lnTo>
                                      <a:lnTo>
                                        <a:pt x="147193" y="149987"/>
                                      </a:lnTo>
                                      <a:lnTo>
                                        <a:pt x="159893" y="154051"/>
                                      </a:lnTo>
                                      <a:lnTo>
                                        <a:pt x="215900" y="168148"/>
                                      </a:lnTo>
                                      <a:lnTo>
                                        <a:pt x="277749" y="188468"/>
                                      </a:lnTo>
                                      <a:lnTo>
                                        <a:pt x="316865" y="209550"/>
                                      </a:lnTo>
                                      <a:lnTo>
                                        <a:pt x="353949" y="249682"/>
                                      </a:lnTo>
                                      <a:lnTo>
                                        <a:pt x="369951" y="299212"/>
                                      </a:lnTo>
                                      <a:lnTo>
                                        <a:pt x="370967" y="317627"/>
                                      </a:lnTo>
                                      <a:lnTo>
                                        <a:pt x="369570" y="339217"/>
                                      </a:lnTo>
                                      <a:lnTo>
                                        <a:pt x="365252" y="360045"/>
                                      </a:lnTo>
                                      <a:lnTo>
                                        <a:pt x="358140" y="379857"/>
                                      </a:lnTo>
                                      <a:lnTo>
                                        <a:pt x="355727" y="384556"/>
                                      </a:lnTo>
                                      <a:lnTo>
                                        <a:pt x="184150" y="384556"/>
                                      </a:lnTo>
                                      <a:lnTo>
                                        <a:pt x="209169" y="381000"/>
                                      </a:lnTo>
                                      <a:lnTo>
                                        <a:pt x="241935" y="346456"/>
                                      </a:lnTo>
                                      <a:lnTo>
                                        <a:pt x="242951" y="337312"/>
                                      </a:lnTo>
                                      <a:lnTo>
                                        <a:pt x="239268" y="320294"/>
                                      </a:lnTo>
                                      <a:lnTo>
                                        <a:pt x="204216" y="291719"/>
                                      </a:lnTo>
                                      <a:lnTo>
                                        <a:pt x="185039" y="285115"/>
                                      </a:lnTo>
                                      <a:lnTo>
                                        <a:pt x="160909" y="278765"/>
                                      </a:lnTo>
                                      <a:lnTo>
                                        <a:pt x="120650" y="267335"/>
                                      </a:lnTo>
                                      <a:lnTo>
                                        <a:pt x="58801" y="239522"/>
                                      </a:lnTo>
                                      <a:lnTo>
                                        <a:pt x="20955" y="204343"/>
                                      </a:lnTo>
                                      <a:lnTo>
                                        <a:pt x="2286" y="160020"/>
                                      </a:lnTo>
                                      <a:lnTo>
                                        <a:pt x="0" y="134366"/>
                                      </a:lnTo>
                                      <a:lnTo>
                                        <a:pt x="10668" y="83439"/>
                                      </a:lnTo>
                                      <a:lnTo>
                                        <a:pt x="42926" y="39370"/>
                                      </a:lnTo>
                                      <a:lnTo>
                                        <a:pt x="76327" y="18034"/>
                                      </a:lnTo>
                                      <a:lnTo>
                                        <a:pt x="121666" y="4445"/>
                                      </a:lnTo>
                                      <a:lnTo>
                                        <a:pt x="181229"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72" name="Shape 272"/>
                              <wps:cNvSpPr/>
                              <wps:spPr>
                                <a:xfrm>
                                  <a:off x="1917065" y="85471"/>
                                  <a:ext cx="188849" cy="59182"/>
                                </a:xfrm>
                                <a:custGeom>
                                  <a:avLst/>
                                  <a:gdLst/>
                                  <a:ahLst/>
                                  <a:cxnLst/>
                                  <a:rect l="0" t="0" r="0" b="0"/>
                                  <a:pathLst>
                                    <a:path w="188849" h="59182">
                                      <a:moveTo>
                                        <a:pt x="0" y="0"/>
                                      </a:moveTo>
                                      <a:lnTo>
                                        <a:pt x="175768" y="0"/>
                                      </a:lnTo>
                                      <a:lnTo>
                                        <a:pt x="182626" y="18162"/>
                                      </a:lnTo>
                                      <a:lnTo>
                                        <a:pt x="188849" y="51436"/>
                                      </a:lnTo>
                                      <a:lnTo>
                                        <a:pt x="64643" y="59182"/>
                                      </a:lnTo>
                                      <a:lnTo>
                                        <a:pt x="56896" y="32386"/>
                                      </a:lnTo>
                                      <a:lnTo>
                                        <a:pt x="25019" y="3429"/>
                                      </a:lnTo>
                                      <a:lnTo>
                                        <a:pt x="13208" y="889"/>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0F9D7A1" id="Group 12414" o:spid="_x0000_s1026" style="position:absolute;margin-left:135.55pt;margin-top:2pt;width:269.35pt;height:26.75pt;z-index:251662336" coordsize="40366,4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">
                      <v:shape id="Shape 252" o:spid="_x0000_s1027" style="position:absolute;left:31370;top:78;width:4379;height:4591;visibility:visible;mso-wrap-style:square;v-text-anchor:top" coordsize="437896,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" path="m160274,l304038,r41529,118999l230632,118999r-11684,41148l184023,283972r219202,l437896,383286r-282575,l134620,459105,,459105,160274,xe" fillcolor="#003180" stroked="f" strokeweight="0">
                        <v:stroke miterlimit="83231f" joinstyle="miter"/>
                        <v:path arrowok="t" textboxrect="0,0,437896,459105"/>
                      </v:shape>
                      <v:shape id="Shape 253" o:spid="_x0000_s1028" style="position:absolute;left:34420;top:3911;width:1593;height:758;visibility:visible;mso-wrap-style:square;v-text-anchor:top" coordsize="159258,75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" path="m,l132842,r26416,75819l21336,75819,,xe" fillcolor="#003180" stroked="f" strokeweight="0">
                        <v:stroke miterlimit="83231f" joinstyle="miter"/>
                        <v:path arrowok="t" textboxrect="0,0,159258,75819"/>
                      </v:shape>
                      <v:shape id="Shape 254" o:spid="_x0000_s1029" style="position:absolute;left:33676;top:1268;width:1726;height:1650;visibility:visible;mso-wrap-style:square;v-text-anchor:top" coordsize="172593,164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" path="m,l114935,r57658,164973l46990,164973,,xe" fillcolor="#003180" stroked="f" strokeweight="0">
                        <v:stroke miterlimit="83231f" joinstyle="miter"/>
                        <v:path arrowok="t" textboxrect="0,0,172593,164973"/>
                      </v:shape>
                      <v:shape id="Shape 255" o:spid="_x0000_s1030" style="position:absolute;left:3884;top:78;width:4379;height:4591;visibility:visible;mso-wrap-style:square;v-text-anchor:top" coordsize="437896,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" path="m160274,l304038,r41529,118999l230505,118999,184023,283972r219202,l437896,383286r-282575,l134620,459105,,459105,160274,xe" fillcolor="#003180" stroked="f" strokeweight="0">
                        <v:stroke miterlimit="83231f" joinstyle="miter"/>
                        <v:path arrowok="t" textboxrect="0,0,437896,459105"/>
                      </v:shape>
                      <v:shape id="Shape 256" o:spid="_x0000_s1031" style="position:absolute;left:6934;top:3911;width:1594;height:758;visibility:visible;mso-wrap-style:square;v-text-anchor:top" coordsize="159385,75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" path="m,l132969,r26416,75819l21336,75819,,xe" fillcolor="#003180" stroked="f" strokeweight="0">
                        <v:stroke miterlimit="83231f" joinstyle="miter"/>
                        <v:path arrowok="t" textboxrect="0,0,159385,75819"/>
                      </v:shape>
                      <v:shape id="Shape 257" o:spid="_x0000_s1032" style="position:absolute;left:6189;top:1268;width:1728;height:1650;visibility:visible;mso-wrap-style:square;v-text-anchor:top" coordsize="172720,164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" path="m,l115062,r57658,164973l47117,164973,35433,123698,,xe" fillcolor="#003180" stroked="f" strokeweight="0">
                        <v:stroke miterlimit="83231f" joinstyle="miter"/>
                        <v:path arrowok="t" textboxrect="0,0,172720,164973"/>
                      </v:shape>
                      <v:shape id="Shape 258" o:spid="_x0000_s1033" style="position:absolute;left:36442;top:78;width:3714;height:4591;visibility:visible;mso-wrap-style:square;v-text-anchor:top" coordsize="371348,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" path="m,l195834,r27559,1016l248158,4191r41148,12700l321818,37465r26416,27940l368300,99568r1778,4318l131826,103886r,250952l371348,354838r-12954,24511l333756,410084r-43815,30733l253238,451993r-39243,6350l195834,459105,,459105,,xe" fillcolor="#003180" stroked="f" strokeweight="0">
                        <v:stroke miterlimit="83231f" joinstyle="miter"/>
                        <v:path arrowok="t" textboxrect="0,0,371348,459105"/>
                      </v:shape>
                      <v:shape id="Shape 259" o:spid="_x0000_s1034" style="position:absolute;left:38083;top:1117;width:2283;height:2510;visibility:visible;mso-wrap-style:square;v-text-anchor:top" coordsize="228346,250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" path="m635,l205994,r5842,14732l217932,35179r7874,43181l228346,124079r-127,2794l224409,189357r-17145,61595l,250952r35306,-2540l74295,227457,90424,192405r4953,-39878l96012,126873,94615,93218,83566,43307,44577,6731,24384,1651,635,xe" fillcolor="#003180" stroked="f" strokeweight="0">
                        <v:stroke miterlimit="83231f" joinstyle="miter"/>
                        <v:path arrowok="t" textboxrect="0,0,228346,250952"/>
                      </v:shape>
                      <v:shape id="Shape 260" o:spid="_x0000_s1035" style="position:absolute;left:8957;top:78;width:3811;height:4591;visibility:visible;mso-wrap-style:square;v-text-anchor:top" coordsize="381127,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" path="m,l219710,r28702,635l273558,2794r39497,8382l354457,38989r25527,47879l381127,92710r-248793,l132334,186055r240792,l369697,193422r-28956,35559l295783,252603r-13970,3810l292862,260604r9398,4318l310007,269113r5207,3684l132334,272797r,186308l,459105,,xe" fillcolor="#003180" stroked="f" strokeweight="0">
                        <v:stroke miterlimit="83231f" joinstyle="miter"/>
                        <v:path arrowok="t" textboxrect="0,0,381127,459105"/>
                      </v:shape>
                      <v:shape id="Shape 261" o:spid="_x0000_s1036" style="position:absolute;left:10397;top:2806;width:2755;height:1863;visibility:visible;mso-wrap-style:square;v-text-anchor:top" coordsize="275463,186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" path="m,l171196,r889,635l186690,16256r25019,36956l275463,186309r-148844,l49657,33527,17145,2667,8763,635,,xe" fillcolor="#003180" stroked="f" strokeweight="0">
                        <v:stroke miterlimit="83231f" joinstyle="miter"/>
                        <v:path arrowok="t" textboxrect="0,0,275463,186309"/>
                      </v:shape>
                      <v:shape id="Shape 262" o:spid="_x0000_s1037" style="position:absolute;left:10836;top:1005;width:1970;height:934;visibility:visible;mso-wrap-style:square;v-text-anchor:top" coordsize="196977,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" path="m2286,l193167,r2540,13589l196977,34672r,761l196088,53087r-127,126l193167,70231r-4699,15875l185166,93345,,93345,41148,84963,64008,53087r508,-7113l63754,35433,32639,2922,18923,762,2286,xe" fillcolor="#003180" stroked="f" strokeweight="0">
                        <v:stroke miterlimit="83231f" joinstyle="miter"/>
                        <v:path arrowok="t" textboxrect="0,0,196977,93345"/>
                      </v:shape>
                      <v:shape id="Shape 263" o:spid="_x0000_s1038" style="position:absolute;left:27485;top:78;width:3596;height:4591;visibility:visible;mso-wrap-style:square;v-text-anchor:top" coordsize="359664,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" path="m,l353187,r,98044l132080,98044r,72898l337185,170942r,93726l132080,264668r,90424l359664,355092r,104013l,459105,,xe" fillcolor="#003180" stroked="f" strokeweight="0">
                        <v:stroke miterlimit="83231f" joinstyle="miter"/>
                        <v:path arrowok="t" textboxrect="0,0,359664,459105"/>
                      </v:shape>
                      <v:shape id="Shape 264" o:spid="_x0000_s1039" style="position:absolute;left:21854;top:78;width:1994;height:4591;visibility:visible;mso-wrap-style:square;v-text-anchor:top" coordsize="199390,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" path="m,l173228,r26162,108966l107950,108966r,350139l,459105,,xe" fillcolor="#003180" stroked="f" strokeweight="0">
                        <v:stroke miterlimit="83231f" joinstyle="miter"/>
                        <v:path arrowok="t" textboxrect="0,0,199390,459105"/>
                      </v:shape>
                      <v:shape id="Shape 265" o:spid="_x0000_s1040" style="position:absolute;left:22933;top:1168;width:2234;height:3501;visibility:visible;mso-wrap-style:square;v-text-anchor:top" coordsize="223393,35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" path="m,l91440,r40767,170307l223393,170307r-7112,29718l180594,350139r-97663,l,xe" fillcolor="#003180" stroked="f" strokeweight="0">
                        <v:stroke miterlimit="83231f" joinstyle="miter"/>
                        <v:path arrowok="t" textboxrect="0,0,223393,350139"/>
                      </v:shape>
                      <v:shape id="Shape 14308" o:spid="_x0000_s1041" style="position:absolute;left:25571;top:1168;width:1079;height:3501;visibility:visible;mso-wrap-style:square;v-text-anchor:top" coordsize="107950,35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" path="m,l107950,r,350139l,350139,,e" fillcolor="#003180" stroked="f" strokeweight="0">
                        <v:stroke miterlimit="83231f" joinstyle="miter"/>
                        <v:path arrowok="t" textboxrect="0,0,107950,350139"/>
                      </v:shape>
                      <v:shape id="Shape 267" o:spid="_x0000_s1042" style="position:absolute;left:24255;top:78;width:2395;height:2793;visibility:visible;mso-wrap-style:square;v-text-anchor:top" coordsize="239522,279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" path="m66294,l239522,r,108966l131572,108966,91186,279273,,279273,66294,xe" fillcolor="#003180" stroked="f" strokeweight="0">
                        <v:stroke miterlimit="83231f" joinstyle="miter"/>
                        <v:path arrowok="t" textboxrect="0,0,239522,279273"/>
                      </v:shape>
                      <v:shape id="Shape 268" o:spid="_x0000_s1043" style="position:absolute;left:13567;top:78;width:3374;height:4591;visibility:visible;mso-wrap-style:square;v-text-anchor:top" coordsize="337439,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" path="m,l131826,r,346075l337439,346075r,113030l,459105,,xe" fillcolor="#003180" stroked="f" strokeweight="0">
                        <v:stroke miterlimit="83231f" joinstyle="miter"/>
                        <v:path arrowok="t" textboxrect="0,0,337439,459105"/>
                      </v:shape>
                      <v:shape id="Shape 269" o:spid="_x0000_s1044" style="position:absolute;top:78;width:3595;height:4591;visibility:visible;mso-wrap-style:square;v-text-anchor:top" coordsize="359537,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" path="m,l353187,r,98044l132080,98044r,72898l337185,170942r,93726l132080,264668r,90424l359537,355092r,104013l,459105,,xe" fillcolor="#003180" stroked="f" strokeweight="0">
                        <v:stroke miterlimit="83231f" joinstyle="miter"/>
                        <v:path arrowok="t" textboxrect="0,0,359537,459105"/>
                      </v:shape>
                      <v:shape id="Shape 270" o:spid="_x0000_s1045" style="position:absolute;left:17329;top:3065;width:3717;height:1683;visibility:visible;mso-wrap-style:square;v-text-anchor:top" coordsize="371729,16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" path="m125349,r2540,15494l141986,50165r40386,26035l200152,77978r171577,l351790,109982r-31750,28194l279146,157353r-51435,9652l198120,168275r-50165,-2921l106045,156972,47371,123190,14605,71882,5080,41656,,8509,125349,xe" fillcolor="#003180" stroked="f" strokeweight="0">
                        <v:stroke miterlimit="83231f" joinstyle="miter"/>
                        <v:path arrowok="t" textboxrect="0,0,371729,168275"/>
                      </v:shape>
                      <v:shape id="Shape 271" o:spid="_x0000_s1046" style="position:absolute;left:17489;width:3709;height:3845;visibility:visible;mso-wrap-style:square;v-text-anchor:top" coordsize="370967,384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" path="m181229,r38481,2032l253238,8128r52705,24638l340106,75184r3810,10287l168148,85471r-20193,2667l121920,121539r,7239l125095,135382r6350,5842l137668,145669r9525,4318l159893,154051r56007,14097l277749,188468r39116,21082l353949,249682r16002,49530l370967,317627r-1397,21590l365252,360045r-7112,19812l355727,384556r-171577,l209169,381000r32766,-34544l242951,337312r-3683,-17018l204216,291719r-19177,-6604l160909,278765,120650,267335,58801,239522,20955,204343,2286,160020,,134366,10668,83439,42926,39370,76327,18034,121666,4445,181229,xe" fillcolor="#003180" stroked="f" strokeweight="0">
                        <v:stroke miterlimit="83231f" joinstyle="miter"/>
                        <v:path arrowok="t" textboxrect="0,0,370967,384556"/>
                      </v:shape>
                      <v:shape id="Shape 272" o:spid="_x0000_s1047" style="position:absolute;left:19170;top:854;width:1889;height:592;visibility:visible;mso-wrap-style:square;v-text-anchor:top" coordsize="188849,5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" path="m,l175768,r6858,18162l188849,51436,64643,59182,56896,32386,25019,3429,13208,889,,xe" fillcolor="#003180" stroked="f" strokeweight="0">
                        <v:stroke miterlimit="83231f" joinstyle="miter"/>
                        <v:path arrowok="t" textboxrect="0,0,188849,59182"/>
                      </v:shape>
                      <w10:wrap type="square"/>
                    </v:group>
                  </w:pict>
                </mc:Fallback>
              </mc:AlternateContent>
            </w:r>
            <w:r>
              <w:rPr>
                <w:rFonts w:ascii="Times New Roman" w:eastAsia="Times New Roman" w:hAnsi="Times New Roman" w:cs="Times New Roman"/>
                <w:sz w:val="20"/>
              </w:rPr>
              <w:t xml:space="preserve"> </w:t>
            </w:r>
          </w:p>
          <w:p w14:paraId="23CC4258" w14:textId="77777777" w:rsidR="002360B3" w:rsidRDefault="002360B3" w:rsidP="00A31880">
            <w:pPr>
              <w:tabs>
                <w:tab w:val="center" w:pos="5099"/>
              </w:tabs>
              <w:spacing w:after="143" w:line="259" w:lineRule="auto"/>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6E19ECE1" w14:textId="77777777" w:rsidR="002360B3" w:rsidRDefault="002360B3" w:rsidP="00A31880">
            <w:pPr>
              <w:spacing w:after="149" w:line="259" w:lineRule="auto"/>
              <w:ind w:left="2"/>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3AD243B0" wp14:editId="2F7B7B0C">
                      <wp:simplePos x="0" y="0"/>
                      <wp:positionH relativeFrom="column">
                        <wp:posOffset>667385</wp:posOffset>
                      </wp:positionH>
                      <wp:positionV relativeFrom="paragraph">
                        <wp:posOffset>174625</wp:posOffset>
                      </wp:positionV>
                      <wp:extent cx="5419725" cy="2230755"/>
                      <wp:effectExtent l="0" t="0" r="9525" b="0"/>
                      <wp:wrapSquare wrapText="bothSides"/>
                      <wp:docPr id="12409" name="Group 12409"/>
                      <wp:cNvGraphicFramePr/>
                      <a:graphic xmlns:a="http://schemas.openxmlformats.org/drawingml/2006/main">
                        <a:graphicData uri="http://schemas.microsoft.com/office/word/2010/wordprocessingGroup">
                          <wpg:wgp>
                            <wpg:cNvGrpSpPr/>
                            <wpg:grpSpPr>
                              <a:xfrm>
                                <a:off x="0" y="0"/>
                                <a:ext cx="5419725" cy="2230755"/>
                                <a:chOff x="0" y="0"/>
                                <a:chExt cx="6467242" cy="3327174"/>
                              </a:xfrm>
                            </wpg:grpSpPr>
                            <wps:wsp>
                              <wps:cNvPr id="32" name="Rectangle 32"/>
                              <wps:cNvSpPr/>
                              <wps:spPr>
                                <a:xfrm>
                                  <a:off x="6425184" y="362276"/>
                                  <a:ext cx="42058" cy="186236"/>
                                </a:xfrm>
                                <a:prstGeom prst="rect">
                                  <a:avLst/>
                                </a:prstGeom>
                                <a:ln>
                                  <a:noFill/>
                                </a:ln>
                              </wps:spPr>
                              <wps:txbx>
                                <w:txbxContent>
                                  <w:p w14:paraId="46C1EA34" w14:textId="77777777" w:rsidR="002360B3" w:rsidRDefault="002360B3" w:rsidP="002360B3">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3" name="Rectangle 33"/>
                              <wps:cNvSpPr/>
                              <wps:spPr>
                                <a:xfrm>
                                  <a:off x="0" y="529916"/>
                                  <a:ext cx="42059" cy="186236"/>
                                </a:xfrm>
                                <a:prstGeom prst="rect">
                                  <a:avLst/>
                                </a:prstGeom>
                                <a:ln>
                                  <a:noFill/>
                                </a:ln>
                              </wps:spPr>
                              <wps:txbx>
                                <w:txbxContent>
                                  <w:p w14:paraId="5006057A" w14:textId="77777777" w:rsidR="002360B3" w:rsidRDefault="002360B3" w:rsidP="002360B3">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4" name="Rectangle 34"/>
                              <wps:cNvSpPr/>
                              <wps:spPr>
                                <a:xfrm>
                                  <a:off x="4365625" y="2365193"/>
                                  <a:ext cx="42058" cy="186236"/>
                                </a:xfrm>
                                <a:prstGeom prst="rect">
                                  <a:avLst/>
                                </a:prstGeom>
                                <a:ln>
                                  <a:noFill/>
                                </a:ln>
                              </wps:spPr>
                              <wps:txbx>
                                <w:txbxContent>
                                  <w:p w14:paraId="1529E575" w14:textId="77777777" w:rsidR="002360B3" w:rsidRDefault="002360B3" w:rsidP="002360B3">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219" name="Picture 219"/>
                                <pic:cNvPicPr/>
                              </pic:nvPicPr>
                              <pic:blipFill>
                                <a:blip r:embed="rId8"/>
                                <a:stretch>
                                  <a:fillRect/>
                                </a:stretch>
                              </pic:blipFill>
                              <pic:spPr>
                                <a:xfrm>
                                  <a:off x="2558667" y="1255840"/>
                                  <a:ext cx="1805940" cy="2071334"/>
                                </a:xfrm>
                                <a:prstGeom prst="rect">
                                  <a:avLst/>
                                </a:prstGeom>
                              </pic:spPr>
                            </pic:pic>
                            <wps:wsp>
                              <wps:cNvPr id="220" name="Shape 220"/>
                              <wps:cNvSpPr/>
                              <wps:spPr>
                                <a:xfrm>
                                  <a:off x="1872234" y="7875"/>
                                  <a:ext cx="437769" cy="459105"/>
                                </a:xfrm>
                                <a:custGeom>
                                  <a:avLst/>
                                  <a:gdLst/>
                                  <a:ahLst/>
                                  <a:cxnLst/>
                                  <a:rect l="0" t="0" r="0" b="0"/>
                                  <a:pathLst>
                                    <a:path w="437769" h="459105">
                                      <a:moveTo>
                                        <a:pt x="160274" y="0"/>
                                      </a:moveTo>
                                      <a:lnTo>
                                        <a:pt x="304038" y="0"/>
                                      </a:lnTo>
                                      <a:lnTo>
                                        <a:pt x="345567" y="118999"/>
                                      </a:lnTo>
                                      <a:lnTo>
                                        <a:pt x="230505" y="118999"/>
                                      </a:lnTo>
                                      <a:lnTo>
                                        <a:pt x="183896" y="284099"/>
                                      </a:lnTo>
                                      <a:lnTo>
                                        <a:pt x="403098" y="284099"/>
                                      </a:lnTo>
                                      <a:lnTo>
                                        <a:pt x="437769" y="383413"/>
                                      </a:lnTo>
                                      <a:lnTo>
                                        <a:pt x="155321" y="383413"/>
                                      </a:lnTo>
                                      <a:lnTo>
                                        <a:pt x="150114" y="402336"/>
                                      </a:lnTo>
                                      <a:lnTo>
                                        <a:pt x="134493" y="459105"/>
                                      </a:lnTo>
                                      <a:lnTo>
                                        <a:pt x="0" y="459105"/>
                                      </a:lnTo>
                                      <a:lnTo>
                                        <a:pt x="160274"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1" name="Shape 221"/>
                              <wps:cNvSpPr/>
                              <wps:spPr>
                                <a:xfrm>
                                  <a:off x="2177161" y="391288"/>
                                  <a:ext cx="159258" cy="75692"/>
                                </a:xfrm>
                                <a:custGeom>
                                  <a:avLst/>
                                  <a:gdLst/>
                                  <a:ahLst/>
                                  <a:cxnLst/>
                                  <a:rect l="0" t="0" r="0" b="0"/>
                                  <a:pathLst>
                                    <a:path w="159258" h="75692">
                                      <a:moveTo>
                                        <a:pt x="0" y="0"/>
                                      </a:moveTo>
                                      <a:lnTo>
                                        <a:pt x="132842" y="0"/>
                                      </a:lnTo>
                                      <a:lnTo>
                                        <a:pt x="159258" y="75692"/>
                                      </a:lnTo>
                                      <a:lnTo>
                                        <a:pt x="21336" y="75692"/>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2" name="Shape 222"/>
                              <wps:cNvSpPr/>
                              <wps:spPr>
                                <a:xfrm>
                                  <a:off x="2102739" y="126874"/>
                                  <a:ext cx="172593" cy="165100"/>
                                </a:xfrm>
                                <a:custGeom>
                                  <a:avLst/>
                                  <a:gdLst/>
                                  <a:ahLst/>
                                  <a:cxnLst/>
                                  <a:rect l="0" t="0" r="0" b="0"/>
                                  <a:pathLst>
                                    <a:path w="172593" h="165100">
                                      <a:moveTo>
                                        <a:pt x="0" y="0"/>
                                      </a:moveTo>
                                      <a:lnTo>
                                        <a:pt x="115062" y="0"/>
                                      </a:lnTo>
                                      <a:lnTo>
                                        <a:pt x="172593" y="165100"/>
                                      </a:lnTo>
                                      <a:lnTo>
                                        <a:pt x="47117" y="165100"/>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3" name="Shape 223"/>
                              <wps:cNvSpPr/>
                              <wps:spPr>
                                <a:xfrm>
                                  <a:off x="5572379" y="0"/>
                                  <a:ext cx="415163" cy="474853"/>
                                </a:xfrm>
                                <a:custGeom>
                                  <a:avLst/>
                                  <a:gdLst/>
                                  <a:ahLst/>
                                  <a:cxnLst/>
                                  <a:rect l="0" t="0" r="0" b="0"/>
                                  <a:pathLst>
                                    <a:path w="415163" h="474853">
                                      <a:moveTo>
                                        <a:pt x="220218" y="0"/>
                                      </a:moveTo>
                                      <a:lnTo>
                                        <a:pt x="271399" y="3938"/>
                                      </a:lnTo>
                                      <a:lnTo>
                                        <a:pt x="270637" y="3938"/>
                                      </a:lnTo>
                                      <a:lnTo>
                                        <a:pt x="314452" y="15494"/>
                                      </a:lnTo>
                                      <a:lnTo>
                                        <a:pt x="352425" y="34672"/>
                                      </a:lnTo>
                                      <a:lnTo>
                                        <a:pt x="384302" y="61595"/>
                                      </a:lnTo>
                                      <a:lnTo>
                                        <a:pt x="409448" y="95504"/>
                                      </a:lnTo>
                                      <a:lnTo>
                                        <a:pt x="414909" y="107442"/>
                                      </a:lnTo>
                                      <a:lnTo>
                                        <a:pt x="219964" y="107442"/>
                                      </a:lnTo>
                                      <a:lnTo>
                                        <a:pt x="168910" y="124588"/>
                                      </a:lnTo>
                                      <a:lnTo>
                                        <a:pt x="145415" y="155575"/>
                                      </a:lnTo>
                                      <a:lnTo>
                                        <a:pt x="133350" y="205867"/>
                                      </a:lnTo>
                                      <a:lnTo>
                                        <a:pt x="131826" y="238379"/>
                                      </a:lnTo>
                                      <a:lnTo>
                                        <a:pt x="133350" y="270764"/>
                                      </a:lnTo>
                                      <a:lnTo>
                                        <a:pt x="145288" y="320675"/>
                                      </a:lnTo>
                                      <a:lnTo>
                                        <a:pt x="184150" y="361188"/>
                                      </a:lnTo>
                                      <a:lnTo>
                                        <a:pt x="201676" y="366903"/>
                                      </a:lnTo>
                                      <a:lnTo>
                                        <a:pt x="202057" y="366903"/>
                                      </a:lnTo>
                                      <a:lnTo>
                                        <a:pt x="221107" y="368681"/>
                                      </a:lnTo>
                                      <a:lnTo>
                                        <a:pt x="415163" y="368681"/>
                                      </a:lnTo>
                                      <a:lnTo>
                                        <a:pt x="402717" y="390399"/>
                                      </a:lnTo>
                                      <a:lnTo>
                                        <a:pt x="366395" y="430403"/>
                                      </a:lnTo>
                                      <a:lnTo>
                                        <a:pt x="318770" y="458725"/>
                                      </a:lnTo>
                                      <a:lnTo>
                                        <a:pt x="259461" y="473075"/>
                                      </a:lnTo>
                                      <a:lnTo>
                                        <a:pt x="225425" y="474853"/>
                                      </a:lnTo>
                                      <a:lnTo>
                                        <a:pt x="190881" y="473329"/>
                                      </a:lnTo>
                                      <a:lnTo>
                                        <a:pt x="131191" y="461011"/>
                                      </a:lnTo>
                                      <a:lnTo>
                                        <a:pt x="83566" y="435991"/>
                                      </a:lnTo>
                                      <a:lnTo>
                                        <a:pt x="45212" y="396875"/>
                                      </a:lnTo>
                                      <a:lnTo>
                                        <a:pt x="16510" y="343409"/>
                                      </a:lnTo>
                                      <a:lnTo>
                                        <a:pt x="1778" y="276352"/>
                                      </a:lnTo>
                                      <a:lnTo>
                                        <a:pt x="0" y="237744"/>
                                      </a:lnTo>
                                      <a:lnTo>
                                        <a:pt x="3683" y="184659"/>
                                      </a:lnTo>
                                      <a:lnTo>
                                        <a:pt x="14605" y="137795"/>
                                      </a:lnTo>
                                      <a:lnTo>
                                        <a:pt x="32766" y="97155"/>
                                      </a:lnTo>
                                      <a:lnTo>
                                        <a:pt x="58166" y="62738"/>
                                      </a:lnTo>
                                      <a:lnTo>
                                        <a:pt x="90043" y="35306"/>
                                      </a:lnTo>
                                      <a:lnTo>
                                        <a:pt x="127762" y="15749"/>
                                      </a:lnTo>
                                      <a:lnTo>
                                        <a:pt x="171196" y="3938"/>
                                      </a:lnTo>
                                      <a:lnTo>
                                        <a:pt x="220218"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4" name="Shape 224"/>
                              <wps:cNvSpPr/>
                              <wps:spPr>
                                <a:xfrm>
                                  <a:off x="5792343" y="107442"/>
                                  <a:ext cx="221869" cy="261239"/>
                                </a:xfrm>
                                <a:custGeom>
                                  <a:avLst/>
                                  <a:gdLst/>
                                  <a:ahLst/>
                                  <a:cxnLst/>
                                  <a:rect l="0" t="0" r="0" b="0"/>
                                  <a:pathLst>
                                    <a:path w="221869" h="261239">
                                      <a:moveTo>
                                        <a:pt x="0" y="0"/>
                                      </a:moveTo>
                                      <a:lnTo>
                                        <a:pt x="194945" y="0"/>
                                      </a:lnTo>
                                      <a:lnTo>
                                        <a:pt x="207518" y="28067"/>
                                      </a:lnTo>
                                      <a:lnTo>
                                        <a:pt x="218313" y="74295"/>
                                      </a:lnTo>
                                      <a:lnTo>
                                        <a:pt x="221869" y="126619"/>
                                      </a:lnTo>
                                      <a:lnTo>
                                        <a:pt x="215646" y="199898"/>
                                      </a:lnTo>
                                      <a:lnTo>
                                        <a:pt x="195199" y="261239"/>
                                      </a:lnTo>
                                      <a:lnTo>
                                        <a:pt x="1143" y="261239"/>
                                      </a:lnTo>
                                      <a:lnTo>
                                        <a:pt x="54102" y="244602"/>
                                      </a:lnTo>
                                      <a:lnTo>
                                        <a:pt x="77089" y="213741"/>
                                      </a:lnTo>
                                      <a:lnTo>
                                        <a:pt x="88773" y="160274"/>
                                      </a:lnTo>
                                      <a:lnTo>
                                        <a:pt x="90170" y="124714"/>
                                      </a:lnTo>
                                      <a:lnTo>
                                        <a:pt x="88646" y="94488"/>
                                      </a:lnTo>
                                      <a:lnTo>
                                        <a:pt x="76454" y="47117"/>
                                      </a:lnTo>
                                      <a:lnTo>
                                        <a:pt x="52578" y="16891"/>
                                      </a:lnTo>
                                      <a:lnTo>
                                        <a:pt x="37338" y="7620"/>
                                      </a:lnTo>
                                      <a:lnTo>
                                        <a:pt x="37465" y="7620"/>
                                      </a:lnTo>
                                      <a:lnTo>
                                        <a:pt x="19812" y="1905"/>
                                      </a:lnTo>
                                      <a:lnTo>
                                        <a:pt x="19939" y="19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5" name="Shape 225"/>
                              <wps:cNvSpPr/>
                              <wps:spPr>
                                <a:xfrm>
                                  <a:off x="5075936" y="0"/>
                                  <a:ext cx="415163" cy="474853"/>
                                </a:xfrm>
                                <a:custGeom>
                                  <a:avLst/>
                                  <a:gdLst/>
                                  <a:ahLst/>
                                  <a:cxnLst/>
                                  <a:rect l="0" t="0" r="0" b="0"/>
                                  <a:pathLst>
                                    <a:path w="415163" h="474853">
                                      <a:moveTo>
                                        <a:pt x="220218" y="0"/>
                                      </a:moveTo>
                                      <a:lnTo>
                                        <a:pt x="271272" y="3938"/>
                                      </a:lnTo>
                                      <a:lnTo>
                                        <a:pt x="270637" y="3938"/>
                                      </a:lnTo>
                                      <a:lnTo>
                                        <a:pt x="314452" y="15494"/>
                                      </a:lnTo>
                                      <a:lnTo>
                                        <a:pt x="352425" y="34672"/>
                                      </a:lnTo>
                                      <a:lnTo>
                                        <a:pt x="384302" y="61595"/>
                                      </a:lnTo>
                                      <a:lnTo>
                                        <a:pt x="409448" y="95504"/>
                                      </a:lnTo>
                                      <a:lnTo>
                                        <a:pt x="414909" y="107442"/>
                                      </a:lnTo>
                                      <a:lnTo>
                                        <a:pt x="219837" y="107442"/>
                                      </a:lnTo>
                                      <a:lnTo>
                                        <a:pt x="168910" y="124588"/>
                                      </a:lnTo>
                                      <a:lnTo>
                                        <a:pt x="145288" y="155575"/>
                                      </a:lnTo>
                                      <a:lnTo>
                                        <a:pt x="133223" y="205867"/>
                                      </a:lnTo>
                                      <a:lnTo>
                                        <a:pt x="131699" y="238379"/>
                                      </a:lnTo>
                                      <a:lnTo>
                                        <a:pt x="133223" y="270764"/>
                                      </a:lnTo>
                                      <a:lnTo>
                                        <a:pt x="145161" y="320675"/>
                                      </a:lnTo>
                                      <a:lnTo>
                                        <a:pt x="184023" y="361188"/>
                                      </a:lnTo>
                                      <a:lnTo>
                                        <a:pt x="201549" y="366903"/>
                                      </a:lnTo>
                                      <a:lnTo>
                                        <a:pt x="201930" y="366903"/>
                                      </a:lnTo>
                                      <a:lnTo>
                                        <a:pt x="220980" y="368681"/>
                                      </a:lnTo>
                                      <a:lnTo>
                                        <a:pt x="415163" y="368681"/>
                                      </a:lnTo>
                                      <a:lnTo>
                                        <a:pt x="402717" y="390399"/>
                                      </a:lnTo>
                                      <a:lnTo>
                                        <a:pt x="366268" y="430403"/>
                                      </a:lnTo>
                                      <a:lnTo>
                                        <a:pt x="318770" y="458725"/>
                                      </a:lnTo>
                                      <a:lnTo>
                                        <a:pt x="259461" y="473075"/>
                                      </a:lnTo>
                                      <a:lnTo>
                                        <a:pt x="225425" y="474853"/>
                                      </a:lnTo>
                                      <a:lnTo>
                                        <a:pt x="190881" y="473329"/>
                                      </a:lnTo>
                                      <a:lnTo>
                                        <a:pt x="131191" y="461011"/>
                                      </a:lnTo>
                                      <a:lnTo>
                                        <a:pt x="83439" y="435991"/>
                                      </a:lnTo>
                                      <a:lnTo>
                                        <a:pt x="45085" y="396875"/>
                                      </a:lnTo>
                                      <a:lnTo>
                                        <a:pt x="16510" y="343409"/>
                                      </a:lnTo>
                                      <a:lnTo>
                                        <a:pt x="1778" y="276352"/>
                                      </a:lnTo>
                                      <a:lnTo>
                                        <a:pt x="0" y="237744"/>
                                      </a:lnTo>
                                      <a:lnTo>
                                        <a:pt x="3683" y="184659"/>
                                      </a:lnTo>
                                      <a:lnTo>
                                        <a:pt x="14478" y="137795"/>
                                      </a:lnTo>
                                      <a:lnTo>
                                        <a:pt x="32639" y="97155"/>
                                      </a:lnTo>
                                      <a:lnTo>
                                        <a:pt x="58166" y="62738"/>
                                      </a:lnTo>
                                      <a:lnTo>
                                        <a:pt x="90043" y="35306"/>
                                      </a:lnTo>
                                      <a:lnTo>
                                        <a:pt x="127762" y="15749"/>
                                      </a:lnTo>
                                      <a:lnTo>
                                        <a:pt x="171069" y="3938"/>
                                      </a:lnTo>
                                      <a:lnTo>
                                        <a:pt x="220218"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6" name="Shape 226"/>
                              <wps:cNvSpPr/>
                              <wps:spPr>
                                <a:xfrm>
                                  <a:off x="5295774" y="107442"/>
                                  <a:ext cx="221996" cy="261239"/>
                                </a:xfrm>
                                <a:custGeom>
                                  <a:avLst/>
                                  <a:gdLst/>
                                  <a:ahLst/>
                                  <a:cxnLst/>
                                  <a:rect l="0" t="0" r="0" b="0"/>
                                  <a:pathLst>
                                    <a:path w="221996" h="261239">
                                      <a:moveTo>
                                        <a:pt x="0" y="0"/>
                                      </a:moveTo>
                                      <a:lnTo>
                                        <a:pt x="195072" y="0"/>
                                      </a:lnTo>
                                      <a:lnTo>
                                        <a:pt x="207645" y="28067"/>
                                      </a:lnTo>
                                      <a:lnTo>
                                        <a:pt x="218440" y="74295"/>
                                      </a:lnTo>
                                      <a:lnTo>
                                        <a:pt x="221996" y="126619"/>
                                      </a:lnTo>
                                      <a:lnTo>
                                        <a:pt x="215773" y="199898"/>
                                      </a:lnTo>
                                      <a:lnTo>
                                        <a:pt x="195326" y="261239"/>
                                      </a:lnTo>
                                      <a:lnTo>
                                        <a:pt x="1143" y="261239"/>
                                      </a:lnTo>
                                      <a:lnTo>
                                        <a:pt x="54102" y="244602"/>
                                      </a:lnTo>
                                      <a:lnTo>
                                        <a:pt x="77089" y="213741"/>
                                      </a:lnTo>
                                      <a:lnTo>
                                        <a:pt x="88773" y="160274"/>
                                      </a:lnTo>
                                      <a:lnTo>
                                        <a:pt x="90170" y="124714"/>
                                      </a:lnTo>
                                      <a:lnTo>
                                        <a:pt x="88646" y="94488"/>
                                      </a:lnTo>
                                      <a:lnTo>
                                        <a:pt x="76581" y="47117"/>
                                      </a:lnTo>
                                      <a:lnTo>
                                        <a:pt x="52705" y="16891"/>
                                      </a:lnTo>
                                      <a:lnTo>
                                        <a:pt x="37465" y="7620"/>
                                      </a:lnTo>
                                      <a:lnTo>
                                        <a:pt x="37592" y="7620"/>
                                      </a:lnTo>
                                      <a:lnTo>
                                        <a:pt x="19812" y="1905"/>
                                      </a:lnTo>
                                      <a:lnTo>
                                        <a:pt x="20066" y="19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7" name="Shape 227"/>
                              <wps:cNvSpPr/>
                              <wps:spPr>
                                <a:xfrm>
                                  <a:off x="226314" y="7875"/>
                                  <a:ext cx="355905" cy="459105"/>
                                </a:xfrm>
                                <a:custGeom>
                                  <a:avLst/>
                                  <a:gdLst/>
                                  <a:ahLst/>
                                  <a:cxnLst/>
                                  <a:rect l="0" t="0" r="0" b="0"/>
                                  <a:pathLst>
                                    <a:path w="355905" h="459105">
                                      <a:moveTo>
                                        <a:pt x="0" y="0"/>
                                      </a:moveTo>
                                      <a:lnTo>
                                        <a:pt x="219050" y="0"/>
                                      </a:lnTo>
                                      <a:lnTo>
                                        <a:pt x="252590" y="2286"/>
                                      </a:lnTo>
                                      <a:lnTo>
                                        <a:pt x="281635" y="9144"/>
                                      </a:lnTo>
                                      <a:lnTo>
                                        <a:pt x="326250" y="36575"/>
                                      </a:lnTo>
                                      <a:lnTo>
                                        <a:pt x="352984" y="81152"/>
                                      </a:lnTo>
                                      <a:lnTo>
                                        <a:pt x="355905" y="93345"/>
                                      </a:lnTo>
                                      <a:lnTo>
                                        <a:pt x="132359" y="93345"/>
                                      </a:lnTo>
                                      <a:lnTo>
                                        <a:pt x="132359" y="195707"/>
                                      </a:lnTo>
                                      <a:lnTo>
                                        <a:pt x="353974" y="195707"/>
                                      </a:lnTo>
                                      <a:lnTo>
                                        <a:pt x="352184" y="202946"/>
                                      </a:lnTo>
                                      <a:lnTo>
                                        <a:pt x="323050" y="249555"/>
                                      </a:lnTo>
                                      <a:lnTo>
                                        <a:pt x="274002" y="279019"/>
                                      </a:lnTo>
                                      <a:lnTo>
                                        <a:pt x="204508" y="288798"/>
                                      </a:lnTo>
                                      <a:lnTo>
                                        <a:pt x="132359" y="288798"/>
                                      </a:lnTo>
                                      <a:lnTo>
                                        <a:pt x="132359"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8" name="Shape 228"/>
                              <wps:cNvSpPr/>
                              <wps:spPr>
                                <a:xfrm>
                                  <a:off x="390970" y="101219"/>
                                  <a:ext cx="197231" cy="102362"/>
                                </a:xfrm>
                                <a:custGeom>
                                  <a:avLst/>
                                  <a:gdLst/>
                                  <a:ahLst/>
                                  <a:cxnLst/>
                                  <a:rect l="0" t="0" r="0" b="0"/>
                                  <a:pathLst>
                                    <a:path w="197231" h="102362">
                                      <a:moveTo>
                                        <a:pt x="5232" y="0"/>
                                      </a:moveTo>
                                      <a:lnTo>
                                        <a:pt x="191249" y="0"/>
                                      </a:lnTo>
                                      <a:lnTo>
                                        <a:pt x="195009" y="15748"/>
                                      </a:lnTo>
                                      <a:lnTo>
                                        <a:pt x="197231" y="47625"/>
                                      </a:lnTo>
                                      <a:lnTo>
                                        <a:pt x="194805" y="80518"/>
                                      </a:lnTo>
                                      <a:lnTo>
                                        <a:pt x="189319" y="102362"/>
                                      </a:lnTo>
                                      <a:lnTo>
                                        <a:pt x="0" y="102362"/>
                                      </a:lnTo>
                                      <a:lnTo>
                                        <a:pt x="44399" y="94488"/>
                                      </a:lnTo>
                                      <a:lnTo>
                                        <a:pt x="67983" y="62357"/>
                                      </a:lnTo>
                                      <a:lnTo>
                                        <a:pt x="68948" y="51689"/>
                                      </a:lnTo>
                                      <a:lnTo>
                                        <a:pt x="65608" y="31750"/>
                                      </a:lnTo>
                                      <a:lnTo>
                                        <a:pt x="36297" y="3810"/>
                                      </a:lnTo>
                                      <a:lnTo>
                                        <a:pt x="22238" y="1016"/>
                                      </a:lnTo>
                                      <a:lnTo>
                                        <a:pt x="5232"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29" name="Shape 229"/>
                              <wps:cNvSpPr/>
                              <wps:spPr>
                                <a:xfrm>
                                  <a:off x="2379472" y="7875"/>
                                  <a:ext cx="381000" cy="459105"/>
                                </a:xfrm>
                                <a:custGeom>
                                  <a:avLst/>
                                  <a:gdLst/>
                                  <a:ahLst/>
                                  <a:cxnLst/>
                                  <a:rect l="0" t="0" r="0" b="0"/>
                                  <a:pathLst>
                                    <a:path w="381000" h="459105">
                                      <a:moveTo>
                                        <a:pt x="0" y="0"/>
                                      </a:moveTo>
                                      <a:lnTo>
                                        <a:pt x="219583" y="0"/>
                                      </a:lnTo>
                                      <a:lnTo>
                                        <a:pt x="248412" y="762"/>
                                      </a:lnTo>
                                      <a:lnTo>
                                        <a:pt x="273558" y="2921"/>
                                      </a:lnTo>
                                      <a:lnTo>
                                        <a:pt x="312928" y="11302"/>
                                      </a:lnTo>
                                      <a:lnTo>
                                        <a:pt x="354330" y="39115"/>
                                      </a:lnTo>
                                      <a:lnTo>
                                        <a:pt x="379857" y="86995"/>
                                      </a:lnTo>
                                      <a:lnTo>
                                        <a:pt x="381000" y="92710"/>
                                      </a:lnTo>
                                      <a:lnTo>
                                        <a:pt x="132334" y="92710"/>
                                      </a:lnTo>
                                      <a:lnTo>
                                        <a:pt x="132334" y="186055"/>
                                      </a:lnTo>
                                      <a:lnTo>
                                        <a:pt x="372999" y="186055"/>
                                      </a:lnTo>
                                      <a:lnTo>
                                        <a:pt x="369697" y="193421"/>
                                      </a:lnTo>
                                      <a:lnTo>
                                        <a:pt x="340614" y="229108"/>
                                      </a:lnTo>
                                      <a:lnTo>
                                        <a:pt x="295656" y="252730"/>
                                      </a:lnTo>
                                      <a:lnTo>
                                        <a:pt x="281813" y="256539"/>
                                      </a:lnTo>
                                      <a:lnTo>
                                        <a:pt x="292735" y="260858"/>
                                      </a:lnTo>
                                      <a:lnTo>
                                        <a:pt x="302133" y="265049"/>
                                      </a:lnTo>
                                      <a:lnTo>
                                        <a:pt x="309880" y="269239"/>
                                      </a:lnTo>
                                      <a:lnTo>
                                        <a:pt x="315214" y="272796"/>
                                      </a:lnTo>
                                      <a:lnTo>
                                        <a:pt x="132334" y="272796"/>
                                      </a:lnTo>
                                      <a:lnTo>
                                        <a:pt x="132334"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0" name="Shape 230"/>
                              <wps:cNvSpPr/>
                              <wps:spPr>
                                <a:xfrm>
                                  <a:off x="2523363" y="280670"/>
                                  <a:ext cx="275590" cy="186309"/>
                                </a:xfrm>
                                <a:custGeom>
                                  <a:avLst/>
                                  <a:gdLst/>
                                  <a:ahLst/>
                                  <a:cxnLst/>
                                  <a:rect l="0" t="0" r="0" b="0"/>
                                  <a:pathLst>
                                    <a:path w="275590" h="186309">
                                      <a:moveTo>
                                        <a:pt x="0" y="0"/>
                                      </a:moveTo>
                                      <a:lnTo>
                                        <a:pt x="171323" y="0"/>
                                      </a:lnTo>
                                      <a:lnTo>
                                        <a:pt x="172212" y="762"/>
                                      </a:lnTo>
                                      <a:lnTo>
                                        <a:pt x="186817" y="16383"/>
                                      </a:lnTo>
                                      <a:lnTo>
                                        <a:pt x="211709" y="53340"/>
                                      </a:lnTo>
                                      <a:lnTo>
                                        <a:pt x="275590" y="186309"/>
                                      </a:lnTo>
                                      <a:lnTo>
                                        <a:pt x="126619" y="186309"/>
                                      </a:lnTo>
                                      <a:lnTo>
                                        <a:pt x="49657" y="33528"/>
                                      </a:lnTo>
                                      <a:lnTo>
                                        <a:pt x="17145" y="2667"/>
                                      </a:lnTo>
                                      <a:lnTo>
                                        <a:pt x="8763" y="762"/>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1" name="Shape 231"/>
                              <wps:cNvSpPr/>
                              <wps:spPr>
                                <a:xfrm>
                                  <a:off x="2797302" y="7875"/>
                                  <a:ext cx="367792" cy="459105"/>
                                </a:xfrm>
                                <a:custGeom>
                                  <a:avLst/>
                                  <a:gdLst/>
                                  <a:ahLst/>
                                  <a:cxnLst/>
                                  <a:rect l="0" t="0" r="0" b="0"/>
                                  <a:pathLst>
                                    <a:path w="367792" h="459105">
                                      <a:moveTo>
                                        <a:pt x="0" y="0"/>
                                      </a:moveTo>
                                      <a:lnTo>
                                        <a:pt x="146431" y="0"/>
                                      </a:lnTo>
                                      <a:lnTo>
                                        <a:pt x="232410" y="154939"/>
                                      </a:lnTo>
                                      <a:lnTo>
                                        <a:pt x="367792" y="154939"/>
                                      </a:lnTo>
                                      <a:lnTo>
                                        <a:pt x="298196" y="266826"/>
                                      </a:lnTo>
                                      <a:lnTo>
                                        <a:pt x="298196" y="459105"/>
                                      </a:lnTo>
                                      <a:lnTo>
                                        <a:pt x="166116" y="459105"/>
                                      </a:lnTo>
                                      <a:lnTo>
                                        <a:pt x="166116" y="266826"/>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2" name="Shape 232"/>
                              <wps:cNvSpPr/>
                              <wps:spPr>
                                <a:xfrm>
                                  <a:off x="2567305" y="100585"/>
                                  <a:ext cx="196977" cy="93345"/>
                                </a:xfrm>
                                <a:custGeom>
                                  <a:avLst/>
                                  <a:gdLst/>
                                  <a:ahLst/>
                                  <a:cxnLst/>
                                  <a:rect l="0" t="0" r="0" b="0"/>
                                  <a:pathLst>
                                    <a:path w="196977" h="93345">
                                      <a:moveTo>
                                        <a:pt x="2413" y="0"/>
                                      </a:moveTo>
                                      <a:lnTo>
                                        <a:pt x="193167" y="0"/>
                                      </a:lnTo>
                                      <a:lnTo>
                                        <a:pt x="195707" y="13715"/>
                                      </a:lnTo>
                                      <a:lnTo>
                                        <a:pt x="196977" y="34798"/>
                                      </a:lnTo>
                                      <a:lnTo>
                                        <a:pt x="195961" y="53340"/>
                                      </a:lnTo>
                                      <a:lnTo>
                                        <a:pt x="185166" y="93345"/>
                                      </a:lnTo>
                                      <a:lnTo>
                                        <a:pt x="0" y="93345"/>
                                      </a:lnTo>
                                      <a:lnTo>
                                        <a:pt x="41148" y="85217"/>
                                      </a:lnTo>
                                      <a:lnTo>
                                        <a:pt x="64135" y="53340"/>
                                      </a:lnTo>
                                      <a:lnTo>
                                        <a:pt x="64643" y="45974"/>
                                      </a:lnTo>
                                      <a:lnTo>
                                        <a:pt x="63881" y="35560"/>
                                      </a:lnTo>
                                      <a:lnTo>
                                        <a:pt x="32766" y="3048"/>
                                      </a:lnTo>
                                      <a:lnTo>
                                        <a:pt x="19050" y="762"/>
                                      </a:lnTo>
                                      <a:lnTo>
                                        <a:pt x="2413"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3" name="Shape 233"/>
                              <wps:cNvSpPr/>
                              <wps:spPr>
                                <a:xfrm>
                                  <a:off x="3029712" y="7875"/>
                                  <a:ext cx="231648" cy="154939"/>
                                </a:xfrm>
                                <a:custGeom>
                                  <a:avLst/>
                                  <a:gdLst/>
                                  <a:ahLst/>
                                  <a:cxnLst/>
                                  <a:rect l="0" t="0" r="0" b="0"/>
                                  <a:pathLst>
                                    <a:path w="231648" h="154939">
                                      <a:moveTo>
                                        <a:pt x="85979" y="0"/>
                                      </a:moveTo>
                                      <a:lnTo>
                                        <a:pt x="231648" y="0"/>
                                      </a:lnTo>
                                      <a:lnTo>
                                        <a:pt x="135382" y="154939"/>
                                      </a:lnTo>
                                      <a:lnTo>
                                        <a:pt x="0" y="154939"/>
                                      </a:lnTo>
                                      <a:lnTo>
                                        <a:pt x="85979"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4" name="Shape 234"/>
                              <wps:cNvSpPr/>
                              <wps:spPr>
                                <a:xfrm>
                                  <a:off x="659587" y="7875"/>
                                  <a:ext cx="381051" cy="459105"/>
                                </a:xfrm>
                                <a:custGeom>
                                  <a:avLst/>
                                  <a:gdLst/>
                                  <a:ahLst/>
                                  <a:cxnLst/>
                                  <a:rect l="0" t="0" r="0" b="0"/>
                                  <a:pathLst>
                                    <a:path w="381051" h="459105">
                                      <a:moveTo>
                                        <a:pt x="0" y="0"/>
                                      </a:moveTo>
                                      <a:lnTo>
                                        <a:pt x="219647" y="0"/>
                                      </a:lnTo>
                                      <a:lnTo>
                                        <a:pt x="248399" y="762"/>
                                      </a:lnTo>
                                      <a:lnTo>
                                        <a:pt x="273545" y="2921"/>
                                      </a:lnTo>
                                      <a:lnTo>
                                        <a:pt x="312979" y="11302"/>
                                      </a:lnTo>
                                      <a:lnTo>
                                        <a:pt x="354381" y="39115"/>
                                      </a:lnTo>
                                      <a:lnTo>
                                        <a:pt x="379908" y="86995"/>
                                      </a:lnTo>
                                      <a:lnTo>
                                        <a:pt x="381051" y="92710"/>
                                      </a:lnTo>
                                      <a:lnTo>
                                        <a:pt x="132372" y="92710"/>
                                      </a:lnTo>
                                      <a:lnTo>
                                        <a:pt x="132372" y="186055"/>
                                      </a:lnTo>
                                      <a:lnTo>
                                        <a:pt x="373050" y="186055"/>
                                      </a:lnTo>
                                      <a:lnTo>
                                        <a:pt x="369748" y="193421"/>
                                      </a:lnTo>
                                      <a:lnTo>
                                        <a:pt x="340665" y="229108"/>
                                      </a:lnTo>
                                      <a:lnTo>
                                        <a:pt x="295707" y="252730"/>
                                      </a:lnTo>
                                      <a:lnTo>
                                        <a:pt x="281838" y="256539"/>
                                      </a:lnTo>
                                      <a:lnTo>
                                        <a:pt x="292786" y="260858"/>
                                      </a:lnTo>
                                      <a:lnTo>
                                        <a:pt x="302184" y="265049"/>
                                      </a:lnTo>
                                      <a:lnTo>
                                        <a:pt x="309931" y="269239"/>
                                      </a:lnTo>
                                      <a:lnTo>
                                        <a:pt x="315265" y="272796"/>
                                      </a:lnTo>
                                      <a:lnTo>
                                        <a:pt x="132372" y="272796"/>
                                      </a:lnTo>
                                      <a:lnTo>
                                        <a:pt x="132372"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5" name="Shape 235"/>
                              <wps:cNvSpPr/>
                              <wps:spPr>
                                <a:xfrm>
                                  <a:off x="803593" y="280670"/>
                                  <a:ext cx="275527" cy="186309"/>
                                </a:xfrm>
                                <a:custGeom>
                                  <a:avLst/>
                                  <a:gdLst/>
                                  <a:ahLst/>
                                  <a:cxnLst/>
                                  <a:rect l="0" t="0" r="0" b="0"/>
                                  <a:pathLst>
                                    <a:path w="275527" h="186309">
                                      <a:moveTo>
                                        <a:pt x="0" y="0"/>
                                      </a:moveTo>
                                      <a:lnTo>
                                        <a:pt x="171260" y="0"/>
                                      </a:lnTo>
                                      <a:lnTo>
                                        <a:pt x="172149" y="762"/>
                                      </a:lnTo>
                                      <a:lnTo>
                                        <a:pt x="186754" y="16383"/>
                                      </a:lnTo>
                                      <a:lnTo>
                                        <a:pt x="211646" y="53340"/>
                                      </a:lnTo>
                                      <a:lnTo>
                                        <a:pt x="275527" y="186309"/>
                                      </a:lnTo>
                                      <a:lnTo>
                                        <a:pt x="126581" y="186309"/>
                                      </a:lnTo>
                                      <a:lnTo>
                                        <a:pt x="49555" y="33528"/>
                                      </a:lnTo>
                                      <a:lnTo>
                                        <a:pt x="17094" y="2667"/>
                                      </a:lnTo>
                                      <a:lnTo>
                                        <a:pt x="8788" y="762"/>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6" name="Shape 236"/>
                              <wps:cNvSpPr/>
                              <wps:spPr>
                                <a:xfrm>
                                  <a:off x="847522" y="100585"/>
                                  <a:ext cx="196926" cy="93345"/>
                                </a:xfrm>
                                <a:custGeom>
                                  <a:avLst/>
                                  <a:gdLst/>
                                  <a:ahLst/>
                                  <a:cxnLst/>
                                  <a:rect l="0" t="0" r="0" b="0"/>
                                  <a:pathLst>
                                    <a:path w="196926" h="93345">
                                      <a:moveTo>
                                        <a:pt x="2324" y="0"/>
                                      </a:moveTo>
                                      <a:lnTo>
                                        <a:pt x="193116" y="0"/>
                                      </a:lnTo>
                                      <a:lnTo>
                                        <a:pt x="195656" y="13715"/>
                                      </a:lnTo>
                                      <a:lnTo>
                                        <a:pt x="196926" y="34798"/>
                                      </a:lnTo>
                                      <a:lnTo>
                                        <a:pt x="195910" y="53340"/>
                                      </a:lnTo>
                                      <a:lnTo>
                                        <a:pt x="185115" y="93345"/>
                                      </a:lnTo>
                                      <a:lnTo>
                                        <a:pt x="0" y="93345"/>
                                      </a:lnTo>
                                      <a:lnTo>
                                        <a:pt x="41161" y="85217"/>
                                      </a:lnTo>
                                      <a:lnTo>
                                        <a:pt x="64059" y="53340"/>
                                      </a:lnTo>
                                      <a:lnTo>
                                        <a:pt x="64579" y="45974"/>
                                      </a:lnTo>
                                      <a:lnTo>
                                        <a:pt x="63767" y="35560"/>
                                      </a:lnTo>
                                      <a:lnTo>
                                        <a:pt x="32652" y="3048"/>
                                      </a:lnTo>
                                      <a:lnTo>
                                        <a:pt x="18923" y="762"/>
                                      </a:lnTo>
                                      <a:lnTo>
                                        <a:pt x="2324"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7" name="Shape 237"/>
                              <wps:cNvSpPr/>
                              <wps:spPr>
                                <a:xfrm>
                                  <a:off x="6085459" y="7875"/>
                                  <a:ext cx="337439" cy="459105"/>
                                </a:xfrm>
                                <a:custGeom>
                                  <a:avLst/>
                                  <a:gdLst/>
                                  <a:ahLst/>
                                  <a:cxnLst/>
                                  <a:rect l="0" t="0" r="0" b="0"/>
                                  <a:pathLst>
                                    <a:path w="337439" h="459105">
                                      <a:moveTo>
                                        <a:pt x="0" y="0"/>
                                      </a:moveTo>
                                      <a:lnTo>
                                        <a:pt x="131826" y="0"/>
                                      </a:lnTo>
                                      <a:lnTo>
                                        <a:pt x="131826" y="346075"/>
                                      </a:lnTo>
                                      <a:lnTo>
                                        <a:pt x="337439" y="346075"/>
                                      </a:lnTo>
                                      <a:lnTo>
                                        <a:pt x="337439"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38" name="Shape 238"/>
                              <wps:cNvSpPr/>
                              <wps:spPr>
                                <a:xfrm>
                                  <a:off x="4596511" y="7875"/>
                                  <a:ext cx="408178" cy="459105"/>
                                </a:xfrm>
                                <a:custGeom>
                                  <a:avLst/>
                                  <a:gdLst/>
                                  <a:ahLst/>
                                  <a:cxnLst/>
                                  <a:rect l="0" t="0" r="0" b="0"/>
                                  <a:pathLst>
                                    <a:path w="408178" h="459105">
                                      <a:moveTo>
                                        <a:pt x="0" y="0"/>
                                      </a:moveTo>
                                      <a:lnTo>
                                        <a:pt x="131826" y="0"/>
                                      </a:lnTo>
                                      <a:lnTo>
                                        <a:pt x="131826" y="160655"/>
                                      </a:lnTo>
                                      <a:lnTo>
                                        <a:pt x="408178" y="160655"/>
                                      </a:lnTo>
                                      <a:lnTo>
                                        <a:pt x="408178" y="273431"/>
                                      </a:lnTo>
                                      <a:lnTo>
                                        <a:pt x="131826" y="273431"/>
                                      </a:lnTo>
                                      <a:lnTo>
                                        <a:pt x="131826"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14310" name="Shape 14310"/>
                              <wps:cNvSpPr/>
                              <wps:spPr>
                                <a:xfrm>
                                  <a:off x="4872355" y="281305"/>
                                  <a:ext cx="132334" cy="185674"/>
                                </a:xfrm>
                                <a:custGeom>
                                  <a:avLst/>
                                  <a:gdLst/>
                                  <a:ahLst/>
                                  <a:cxnLst/>
                                  <a:rect l="0" t="0" r="0" b="0"/>
                                  <a:pathLst>
                                    <a:path w="132334" h="185674">
                                      <a:moveTo>
                                        <a:pt x="0" y="0"/>
                                      </a:moveTo>
                                      <a:lnTo>
                                        <a:pt x="132334" y="0"/>
                                      </a:lnTo>
                                      <a:lnTo>
                                        <a:pt x="132334" y="185674"/>
                                      </a:lnTo>
                                      <a:lnTo>
                                        <a:pt x="0" y="185674"/>
                                      </a:lnTo>
                                      <a:lnTo>
                                        <a:pt x="0" y="0"/>
                                      </a:lnTo>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14311" name="Shape 14311"/>
                              <wps:cNvSpPr/>
                              <wps:spPr>
                                <a:xfrm>
                                  <a:off x="4872355" y="7874"/>
                                  <a:ext cx="132334" cy="160655"/>
                                </a:xfrm>
                                <a:custGeom>
                                  <a:avLst/>
                                  <a:gdLst/>
                                  <a:ahLst/>
                                  <a:cxnLst/>
                                  <a:rect l="0" t="0" r="0" b="0"/>
                                  <a:pathLst>
                                    <a:path w="132334" h="160655">
                                      <a:moveTo>
                                        <a:pt x="0" y="0"/>
                                      </a:moveTo>
                                      <a:lnTo>
                                        <a:pt x="132334" y="0"/>
                                      </a:lnTo>
                                      <a:lnTo>
                                        <a:pt x="132334" y="160655"/>
                                      </a:lnTo>
                                      <a:lnTo>
                                        <a:pt x="0" y="160655"/>
                                      </a:lnTo>
                                      <a:lnTo>
                                        <a:pt x="0" y="0"/>
                                      </a:lnTo>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41" name="Shape 241"/>
                              <wps:cNvSpPr/>
                              <wps:spPr>
                                <a:xfrm>
                                  <a:off x="1351534" y="7875"/>
                                  <a:ext cx="199390" cy="459105"/>
                                </a:xfrm>
                                <a:custGeom>
                                  <a:avLst/>
                                  <a:gdLst/>
                                  <a:ahLst/>
                                  <a:cxnLst/>
                                  <a:rect l="0" t="0" r="0" b="0"/>
                                  <a:pathLst>
                                    <a:path w="199390" h="459105">
                                      <a:moveTo>
                                        <a:pt x="0" y="0"/>
                                      </a:moveTo>
                                      <a:lnTo>
                                        <a:pt x="173228" y="0"/>
                                      </a:lnTo>
                                      <a:lnTo>
                                        <a:pt x="199390" y="108965"/>
                                      </a:lnTo>
                                      <a:lnTo>
                                        <a:pt x="107823" y="108965"/>
                                      </a:lnTo>
                                      <a:lnTo>
                                        <a:pt x="107823" y="459105"/>
                                      </a:lnTo>
                                      <a:lnTo>
                                        <a:pt x="0" y="45910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42" name="Shape 242"/>
                              <wps:cNvSpPr/>
                              <wps:spPr>
                                <a:xfrm>
                                  <a:off x="1459357" y="116840"/>
                                  <a:ext cx="223393" cy="350139"/>
                                </a:xfrm>
                                <a:custGeom>
                                  <a:avLst/>
                                  <a:gdLst/>
                                  <a:ahLst/>
                                  <a:cxnLst/>
                                  <a:rect l="0" t="0" r="0" b="0"/>
                                  <a:pathLst>
                                    <a:path w="223393" h="350139">
                                      <a:moveTo>
                                        <a:pt x="0" y="0"/>
                                      </a:moveTo>
                                      <a:lnTo>
                                        <a:pt x="91567" y="0"/>
                                      </a:lnTo>
                                      <a:lnTo>
                                        <a:pt x="132207" y="170435"/>
                                      </a:lnTo>
                                      <a:lnTo>
                                        <a:pt x="223393" y="170435"/>
                                      </a:lnTo>
                                      <a:lnTo>
                                        <a:pt x="180721" y="350139"/>
                                      </a:lnTo>
                                      <a:lnTo>
                                        <a:pt x="83058" y="350139"/>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14312" name="Shape 14312"/>
                              <wps:cNvSpPr/>
                              <wps:spPr>
                                <a:xfrm>
                                  <a:off x="1723263" y="116840"/>
                                  <a:ext cx="107950" cy="350139"/>
                                </a:xfrm>
                                <a:custGeom>
                                  <a:avLst/>
                                  <a:gdLst/>
                                  <a:ahLst/>
                                  <a:cxnLst/>
                                  <a:rect l="0" t="0" r="0" b="0"/>
                                  <a:pathLst>
                                    <a:path w="107950" h="350139">
                                      <a:moveTo>
                                        <a:pt x="0" y="0"/>
                                      </a:moveTo>
                                      <a:lnTo>
                                        <a:pt x="107950" y="0"/>
                                      </a:lnTo>
                                      <a:lnTo>
                                        <a:pt x="107950" y="350139"/>
                                      </a:lnTo>
                                      <a:lnTo>
                                        <a:pt x="0" y="350139"/>
                                      </a:lnTo>
                                      <a:lnTo>
                                        <a:pt x="0" y="0"/>
                                      </a:lnTo>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44" name="Shape 244"/>
                              <wps:cNvSpPr/>
                              <wps:spPr>
                                <a:xfrm>
                                  <a:off x="1591564" y="7875"/>
                                  <a:ext cx="239649" cy="279400"/>
                                </a:xfrm>
                                <a:custGeom>
                                  <a:avLst/>
                                  <a:gdLst/>
                                  <a:ahLst/>
                                  <a:cxnLst/>
                                  <a:rect l="0" t="0" r="0" b="0"/>
                                  <a:pathLst>
                                    <a:path w="239649" h="279400">
                                      <a:moveTo>
                                        <a:pt x="66421" y="0"/>
                                      </a:moveTo>
                                      <a:lnTo>
                                        <a:pt x="239649" y="0"/>
                                      </a:lnTo>
                                      <a:lnTo>
                                        <a:pt x="239649" y="108965"/>
                                      </a:lnTo>
                                      <a:lnTo>
                                        <a:pt x="131699" y="108965"/>
                                      </a:lnTo>
                                      <a:lnTo>
                                        <a:pt x="91186" y="279400"/>
                                      </a:lnTo>
                                      <a:lnTo>
                                        <a:pt x="0" y="279400"/>
                                      </a:lnTo>
                                      <a:lnTo>
                                        <a:pt x="22225" y="186309"/>
                                      </a:lnTo>
                                      <a:lnTo>
                                        <a:pt x="66421"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14313" name="Shape 14313"/>
                              <wps:cNvSpPr/>
                              <wps:spPr>
                                <a:xfrm>
                                  <a:off x="1125855" y="7874"/>
                                  <a:ext cx="132080" cy="459105"/>
                                </a:xfrm>
                                <a:custGeom>
                                  <a:avLst/>
                                  <a:gdLst/>
                                  <a:ahLst/>
                                  <a:cxnLst/>
                                  <a:rect l="0" t="0" r="0" b="0"/>
                                  <a:pathLst>
                                    <a:path w="132080" h="459105">
                                      <a:moveTo>
                                        <a:pt x="0" y="0"/>
                                      </a:moveTo>
                                      <a:lnTo>
                                        <a:pt x="132080" y="0"/>
                                      </a:lnTo>
                                      <a:lnTo>
                                        <a:pt x="132080" y="459105"/>
                                      </a:lnTo>
                                      <a:lnTo>
                                        <a:pt x="0" y="459105"/>
                                      </a:lnTo>
                                      <a:lnTo>
                                        <a:pt x="0" y="0"/>
                                      </a:lnTo>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46" name="Shape 246"/>
                              <wps:cNvSpPr/>
                              <wps:spPr>
                                <a:xfrm>
                                  <a:off x="4117848" y="0"/>
                                  <a:ext cx="398018" cy="474853"/>
                                </a:xfrm>
                                <a:custGeom>
                                  <a:avLst/>
                                  <a:gdLst/>
                                  <a:ahLst/>
                                  <a:cxnLst/>
                                  <a:rect l="0" t="0" r="0" b="0"/>
                                  <a:pathLst>
                                    <a:path w="398018" h="474853">
                                      <a:moveTo>
                                        <a:pt x="215519" y="0"/>
                                      </a:moveTo>
                                      <a:lnTo>
                                        <a:pt x="253619" y="2287"/>
                                      </a:lnTo>
                                      <a:lnTo>
                                        <a:pt x="287528" y="8763"/>
                                      </a:lnTo>
                                      <a:lnTo>
                                        <a:pt x="342265" y="35179"/>
                                      </a:lnTo>
                                      <a:lnTo>
                                        <a:pt x="382397" y="79629"/>
                                      </a:lnTo>
                                      <a:lnTo>
                                        <a:pt x="396621" y="106173"/>
                                      </a:lnTo>
                                      <a:lnTo>
                                        <a:pt x="218694" y="106173"/>
                                      </a:lnTo>
                                      <a:lnTo>
                                        <a:pt x="197612" y="108713"/>
                                      </a:lnTo>
                                      <a:lnTo>
                                        <a:pt x="163322" y="128016"/>
                                      </a:lnTo>
                                      <a:lnTo>
                                        <a:pt x="142240" y="161544"/>
                                      </a:lnTo>
                                      <a:lnTo>
                                        <a:pt x="133223" y="206756"/>
                                      </a:lnTo>
                                      <a:lnTo>
                                        <a:pt x="132080" y="235459"/>
                                      </a:lnTo>
                                      <a:lnTo>
                                        <a:pt x="132080" y="236348"/>
                                      </a:lnTo>
                                      <a:lnTo>
                                        <a:pt x="137414" y="299848"/>
                                      </a:lnTo>
                                      <a:lnTo>
                                        <a:pt x="153543" y="340106"/>
                                      </a:lnTo>
                                      <a:lnTo>
                                        <a:pt x="195707" y="366650"/>
                                      </a:lnTo>
                                      <a:lnTo>
                                        <a:pt x="214122" y="368427"/>
                                      </a:lnTo>
                                      <a:lnTo>
                                        <a:pt x="398018" y="368427"/>
                                      </a:lnTo>
                                      <a:lnTo>
                                        <a:pt x="389890" y="385573"/>
                                      </a:lnTo>
                                      <a:lnTo>
                                        <a:pt x="364871" y="420625"/>
                                      </a:lnTo>
                                      <a:lnTo>
                                        <a:pt x="333883" y="447040"/>
                                      </a:lnTo>
                                      <a:lnTo>
                                        <a:pt x="296291" y="464820"/>
                                      </a:lnTo>
                                      <a:lnTo>
                                        <a:pt x="249047" y="473838"/>
                                      </a:lnTo>
                                      <a:lnTo>
                                        <a:pt x="221615" y="474853"/>
                                      </a:lnTo>
                                      <a:lnTo>
                                        <a:pt x="188468" y="473584"/>
                                      </a:lnTo>
                                      <a:lnTo>
                                        <a:pt x="131699" y="462662"/>
                                      </a:lnTo>
                                      <a:lnTo>
                                        <a:pt x="86868" y="440310"/>
                                      </a:lnTo>
                                      <a:lnTo>
                                        <a:pt x="48768" y="401955"/>
                                      </a:lnTo>
                                      <a:lnTo>
                                        <a:pt x="18034" y="347345"/>
                                      </a:lnTo>
                                      <a:lnTo>
                                        <a:pt x="2032" y="277241"/>
                                      </a:lnTo>
                                      <a:lnTo>
                                        <a:pt x="0" y="236348"/>
                                      </a:lnTo>
                                      <a:lnTo>
                                        <a:pt x="0" y="235459"/>
                                      </a:lnTo>
                                      <a:lnTo>
                                        <a:pt x="3556" y="182753"/>
                                      </a:lnTo>
                                      <a:lnTo>
                                        <a:pt x="14097" y="135637"/>
                                      </a:lnTo>
                                      <a:lnTo>
                                        <a:pt x="31623" y="95124"/>
                                      </a:lnTo>
                                      <a:lnTo>
                                        <a:pt x="56261" y="61214"/>
                                      </a:lnTo>
                                      <a:lnTo>
                                        <a:pt x="87376" y="34544"/>
                                      </a:lnTo>
                                      <a:lnTo>
                                        <a:pt x="124333" y="15367"/>
                                      </a:lnTo>
                                      <a:lnTo>
                                        <a:pt x="167005" y="3938"/>
                                      </a:lnTo>
                                      <a:lnTo>
                                        <a:pt x="215519"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47" name="Shape 247"/>
                              <wps:cNvSpPr/>
                              <wps:spPr>
                                <a:xfrm>
                                  <a:off x="4331970" y="279147"/>
                                  <a:ext cx="200660" cy="89281"/>
                                </a:xfrm>
                                <a:custGeom>
                                  <a:avLst/>
                                  <a:gdLst/>
                                  <a:ahLst/>
                                  <a:cxnLst/>
                                  <a:rect l="0" t="0" r="0" b="0"/>
                                  <a:pathLst>
                                    <a:path w="200660" h="89281">
                                      <a:moveTo>
                                        <a:pt x="85217" y="0"/>
                                      </a:moveTo>
                                      <a:lnTo>
                                        <a:pt x="200660" y="37592"/>
                                      </a:lnTo>
                                      <a:lnTo>
                                        <a:pt x="194056" y="62738"/>
                                      </a:lnTo>
                                      <a:lnTo>
                                        <a:pt x="185674" y="85598"/>
                                      </a:lnTo>
                                      <a:lnTo>
                                        <a:pt x="183896" y="89281"/>
                                      </a:lnTo>
                                      <a:lnTo>
                                        <a:pt x="0" y="89281"/>
                                      </a:lnTo>
                                      <a:lnTo>
                                        <a:pt x="46355" y="76327"/>
                                      </a:lnTo>
                                      <a:lnTo>
                                        <a:pt x="73787" y="38353"/>
                                      </a:lnTo>
                                      <a:lnTo>
                                        <a:pt x="85217"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48" name="Shape 248"/>
                              <wps:cNvSpPr/>
                              <wps:spPr>
                                <a:xfrm>
                                  <a:off x="4336543" y="106173"/>
                                  <a:ext cx="192024" cy="64515"/>
                                </a:xfrm>
                                <a:custGeom>
                                  <a:avLst/>
                                  <a:gdLst/>
                                  <a:ahLst/>
                                  <a:cxnLst/>
                                  <a:rect l="0" t="0" r="0" b="0"/>
                                  <a:pathLst>
                                    <a:path w="192024" h="64515">
                                      <a:moveTo>
                                        <a:pt x="0" y="0"/>
                                      </a:moveTo>
                                      <a:lnTo>
                                        <a:pt x="177927" y="0"/>
                                      </a:lnTo>
                                      <a:lnTo>
                                        <a:pt x="179324" y="2794"/>
                                      </a:lnTo>
                                      <a:lnTo>
                                        <a:pt x="192024" y="36702"/>
                                      </a:lnTo>
                                      <a:lnTo>
                                        <a:pt x="75692" y="64515"/>
                                      </a:lnTo>
                                      <a:lnTo>
                                        <a:pt x="57023" y="26289"/>
                                      </a:lnTo>
                                      <a:lnTo>
                                        <a:pt x="18923" y="2286"/>
                                      </a:lnTo>
                                      <a:lnTo>
                                        <a:pt x="9652" y="635"/>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49" name="Shape 249"/>
                              <wps:cNvSpPr/>
                              <wps:spPr>
                                <a:xfrm>
                                  <a:off x="3679317" y="306705"/>
                                  <a:ext cx="371729" cy="168148"/>
                                </a:xfrm>
                                <a:custGeom>
                                  <a:avLst/>
                                  <a:gdLst/>
                                  <a:ahLst/>
                                  <a:cxnLst/>
                                  <a:rect l="0" t="0" r="0" b="0"/>
                                  <a:pathLst>
                                    <a:path w="371729" h="168148">
                                      <a:moveTo>
                                        <a:pt x="125349" y="0"/>
                                      </a:moveTo>
                                      <a:lnTo>
                                        <a:pt x="127889" y="15494"/>
                                      </a:lnTo>
                                      <a:lnTo>
                                        <a:pt x="141986" y="50038"/>
                                      </a:lnTo>
                                      <a:lnTo>
                                        <a:pt x="182372" y="76327"/>
                                      </a:lnTo>
                                      <a:lnTo>
                                        <a:pt x="200152" y="77978"/>
                                      </a:lnTo>
                                      <a:lnTo>
                                        <a:pt x="371729" y="77978"/>
                                      </a:lnTo>
                                      <a:lnTo>
                                        <a:pt x="351790" y="109855"/>
                                      </a:lnTo>
                                      <a:lnTo>
                                        <a:pt x="320040" y="138176"/>
                                      </a:lnTo>
                                      <a:lnTo>
                                        <a:pt x="279146" y="157353"/>
                                      </a:lnTo>
                                      <a:lnTo>
                                        <a:pt x="227711" y="167005"/>
                                      </a:lnTo>
                                      <a:lnTo>
                                        <a:pt x="198120" y="168148"/>
                                      </a:lnTo>
                                      <a:lnTo>
                                        <a:pt x="147955" y="165354"/>
                                      </a:lnTo>
                                      <a:lnTo>
                                        <a:pt x="106045" y="156972"/>
                                      </a:lnTo>
                                      <a:lnTo>
                                        <a:pt x="47371" y="123063"/>
                                      </a:lnTo>
                                      <a:lnTo>
                                        <a:pt x="14605" y="71882"/>
                                      </a:lnTo>
                                      <a:lnTo>
                                        <a:pt x="5080" y="41656"/>
                                      </a:lnTo>
                                      <a:lnTo>
                                        <a:pt x="0" y="8382"/>
                                      </a:lnTo>
                                      <a:lnTo>
                                        <a:pt x="125349"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0" name="Shape 250"/>
                              <wps:cNvSpPr/>
                              <wps:spPr>
                                <a:xfrm>
                                  <a:off x="3695319" y="0"/>
                                  <a:ext cx="370967" cy="384684"/>
                                </a:xfrm>
                                <a:custGeom>
                                  <a:avLst/>
                                  <a:gdLst/>
                                  <a:ahLst/>
                                  <a:cxnLst/>
                                  <a:rect l="0" t="0" r="0" b="0"/>
                                  <a:pathLst>
                                    <a:path w="370967" h="384684">
                                      <a:moveTo>
                                        <a:pt x="181229" y="0"/>
                                      </a:moveTo>
                                      <a:lnTo>
                                        <a:pt x="219710" y="2160"/>
                                      </a:lnTo>
                                      <a:lnTo>
                                        <a:pt x="253238" y="8255"/>
                                      </a:lnTo>
                                      <a:lnTo>
                                        <a:pt x="305943" y="32766"/>
                                      </a:lnTo>
                                      <a:lnTo>
                                        <a:pt x="340106" y="75185"/>
                                      </a:lnTo>
                                      <a:lnTo>
                                        <a:pt x="344043" y="85599"/>
                                      </a:lnTo>
                                      <a:lnTo>
                                        <a:pt x="168148" y="85599"/>
                                      </a:lnTo>
                                      <a:lnTo>
                                        <a:pt x="157353" y="86234"/>
                                      </a:lnTo>
                                      <a:lnTo>
                                        <a:pt x="124841" y="107697"/>
                                      </a:lnTo>
                                      <a:lnTo>
                                        <a:pt x="124714" y="107824"/>
                                      </a:lnTo>
                                      <a:lnTo>
                                        <a:pt x="122682" y="114300"/>
                                      </a:lnTo>
                                      <a:lnTo>
                                        <a:pt x="121920" y="121539"/>
                                      </a:lnTo>
                                      <a:lnTo>
                                        <a:pt x="121920" y="128905"/>
                                      </a:lnTo>
                                      <a:lnTo>
                                        <a:pt x="125095" y="135510"/>
                                      </a:lnTo>
                                      <a:lnTo>
                                        <a:pt x="131445" y="141351"/>
                                      </a:lnTo>
                                      <a:lnTo>
                                        <a:pt x="137668" y="145797"/>
                                      </a:lnTo>
                                      <a:lnTo>
                                        <a:pt x="147193" y="150114"/>
                                      </a:lnTo>
                                      <a:lnTo>
                                        <a:pt x="159893" y="154305"/>
                                      </a:lnTo>
                                      <a:lnTo>
                                        <a:pt x="215900" y="168275"/>
                                      </a:lnTo>
                                      <a:lnTo>
                                        <a:pt x="277749" y="188595"/>
                                      </a:lnTo>
                                      <a:lnTo>
                                        <a:pt x="316865" y="209677"/>
                                      </a:lnTo>
                                      <a:lnTo>
                                        <a:pt x="353949" y="249682"/>
                                      </a:lnTo>
                                      <a:lnTo>
                                        <a:pt x="369951" y="299339"/>
                                      </a:lnTo>
                                      <a:lnTo>
                                        <a:pt x="370967" y="317627"/>
                                      </a:lnTo>
                                      <a:lnTo>
                                        <a:pt x="369570" y="339344"/>
                                      </a:lnTo>
                                      <a:lnTo>
                                        <a:pt x="365252" y="360173"/>
                                      </a:lnTo>
                                      <a:lnTo>
                                        <a:pt x="358140" y="380112"/>
                                      </a:lnTo>
                                      <a:lnTo>
                                        <a:pt x="355727" y="384684"/>
                                      </a:lnTo>
                                      <a:lnTo>
                                        <a:pt x="184150" y="384684"/>
                                      </a:lnTo>
                                      <a:lnTo>
                                        <a:pt x="209169" y="381127"/>
                                      </a:lnTo>
                                      <a:lnTo>
                                        <a:pt x="242062" y="346456"/>
                                      </a:lnTo>
                                      <a:lnTo>
                                        <a:pt x="242951" y="337313"/>
                                      </a:lnTo>
                                      <a:lnTo>
                                        <a:pt x="239268" y="320549"/>
                                      </a:lnTo>
                                      <a:lnTo>
                                        <a:pt x="204216" y="291719"/>
                                      </a:lnTo>
                                      <a:lnTo>
                                        <a:pt x="185039" y="285242"/>
                                      </a:lnTo>
                                      <a:lnTo>
                                        <a:pt x="160909" y="278765"/>
                                      </a:lnTo>
                                      <a:lnTo>
                                        <a:pt x="120650" y="267463"/>
                                      </a:lnTo>
                                      <a:lnTo>
                                        <a:pt x="58801" y="239650"/>
                                      </a:lnTo>
                                      <a:lnTo>
                                        <a:pt x="20955" y="204470"/>
                                      </a:lnTo>
                                      <a:lnTo>
                                        <a:pt x="2286" y="160148"/>
                                      </a:lnTo>
                                      <a:lnTo>
                                        <a:pt x="0" y="134366"/>
                                      </a:lnTo>
                                      <a:lnTo>
                                        <a:pt x="10668" y="83566"/>
                                      </a:lnTo>
                                      <a:lnTo>
                                        <a:pt x="42926" y="39498"/>
                                      </a:lnTo>
                                      <a:lnTo>
                                        <a:pt x="76327" y="18035"/>
                                      </a:lnTo>
                                      <a:lnTo>
                                        <a:pt x="121666" y="4573"/>
                                      </a:lnTo>
                                      <a:lnTo>
                                        <a:pt x="181229"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s:wsp>
                              <wps:cNvPr id="251" name="Shape 251"/>
                              <wps:cNvSpPr/>
                              <wps:spPr>
                                <a:xfrm>
                                  <a:off x="3863467" y="85599"/>
                                  <a:ext cx="188849" cy="59182"/>
                                </a:xfrm>
                                <a:custGeom>
                                  <a:avLst/>
                                  <a:gdLst/>
                                  <a:ahLst/>
                                  <a:cxnLst/>
                                  <a:rect l="0" t="0" r="0" b="0"/>
                                  <a:pathLst>
                                    <a:path w="188849" h="59182">
                                      <a:moveTo>
                                        <a:pt x="0" y="0"/>
                                      </a:moveTo>
                                      <a:lnTo>
                                        <a:pt x="175895" y="0"/>
                                      </a:lnTo>
                                      <a:lnTo>
                                        <a:pt x="182626" y="18034"/>
                                      </a:lnTo>
                                      <a:lnTo>
                                        <a:pt x="188849" y="51308"/>
                                      </a:lnTo>
                                      <a:lnTo>
                                        <a:pt x="64643" y="59182"/>
                                      </a:lnTo>
                                      <a:lnTo>
                                        <a:pt x="56896" y="32512"/>
                                      </a:lnTo>
                                      <a:lnTo>
                                        <a:pt x="25019" y="3556"/>
                                      </a:lnTo>
                                      <a:lnTo>
                                        <a:pt x="13208" y="889"/>
                                      </a:lnTo>
                                      <a:lnTo>
                                        <a:pt x="0" y="0"/>
                                      </a:lnTo>
                                      <a:close/>
                                    </a:path>
                                  </a:pathLst>
                                </a:custGeom>
                                <a:ln w="0" cap="flat">
                                  <a:miter lim="127000"/>
                                </a:ln>
                              </wps:spPr>
                              <wps:style>
                                <a:lnRef idx="0">
                                  <a:srgbClr val="000000">
                                    <a:alpha val="0"/>
                                  </a:srgbClr>
                                </a:lnRef>
                                <a:fillRef idx="1">
                                  <a:srgbClr val="00318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AD243B0" id="Group 12409" o:spid="_x0000_s1026" style="position:absolute;left:0;text-align:left;margin-left:52.55pt;margin-top:13.75pt;width:426.75pt;height:175.65pt;z-index:251661312" coordsize="64672,33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">
                      <v:rect id="Rectangle 32" o:spid="_x0000_s1027" style="position:absolute;left:64251;top:3622;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46C1EA34" w14:textId="77777777" w:rsidR="002360B3" w:rsidRDefault="002360B3" w:rsidP="002360B3">
                              <w:pPr>
                                <w:spacing w:after="160" w:line="259" w:lineRule="auto"/>
                              </w:pPr>
                              <w:r>
                                <w:rPr>
                                  <w:rFonts w:ascii="Times New Roman" w:eastAsia="Times New Roman" w:hAnsi="Times New Roman" w:cs="Times New Roman"/>
                                  <w:sz w:val="20"/>
                                </w:rPr>
                                <w:t xml:space="preserve"> </w:t>
                              </w:r>
                            </w:p>
                          </w:txbxContent>
                        </v:textbox>
                      </v:rect>
                      <v:rect id="Rectangle 33" o:spid="_x0000_s1028" style="position:absolute;top:5299;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006057A" w14:textId="77777777" w:rsidR="002360B3" w:rsidRDefault="002360B3" w:rsidP="002360B3">
                              <w:pPr>
                                <w:spacing w:after="160" w:line="259" w:lineRule="auto"/>
                              </w:pPr>
                              <w:r>
                                <w:rPr>
                                  <w:rFonts w:ascii="Times New Roman" w:eastAsia="Times New Roman" w:hAnsi="Times New Roman" w:cs="Times New Roman"/>
                                  <w:sz w:val="20"/>
                                </w:rPr>
                                <w:t xml:space="preserve"> </w:t>
                              </w:r>
                            </w:p>
                          </w:txbxContent>
                        </v:textbox>
                      </v:rect>
                      <v:rect id="Rectangle 34" o:spid="_x0000_s1029" style="position:absolute;left:43656;top:23651;width:42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1529E575" w14:textId="77777777" w:rsidR="002360B3" w:rsidRDefault="002360B3" w:rsidP="002360B3">
                              <w:pPr>
                                <w:spacing w:after="160" w:line="259" w:lineRule="auto"/>
                              </w:pPr>
                              <w:r>
                                <w:rPr>
                                  <w:rFonts w:ascii="Times New Roman" w:eastAsia="Times New Roman" w:hAnsi="Times New Roman" w:cs="Times New Roman"/>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9" o:spid="_x0000_s1030" type="#_x0000_t75" style="position:absolute;left:25586;top:12558;width:18060;height:20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">
                        <v:imagedata r:id="rId9" o:title=""/>
                      </v:shape>
                      <v:shape id="Shape 220" o:spid="_x0000_s1031" style="position:absolute;left:18722;top:78;width:4378;height:4591;visibility:visible;mso-wrap-style:square;v-text-anchor:top" coordsize="437769,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" path="m160274,l304038,r41529,118999l230505,118999,183896,284099r219202,l437769,383413r-282448,l150114,402336r-15621,56769l,459105,160274,xe" fillcolor="#003180" stroked="f" strokeweight="0">
                        <v:stroke miterlimit="83231f" joinstyle="miter"/>
                        <v:path arrowok="t" textboxrect="0,0,437769,459105"/>
                      </v:shape>
                      <v:shape id="Shape 221" o:spid="_x0000_s1032" style="position:absolute;left:21771;top:3912;width:1593;height:757;visibility:visible;mso-wrap-style:square;v-text-anchor:top" coordsize="159258,75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" path="m,l132842,r26416,75692l21336,75692,,xe" fillcolor="#003180" stroked="f" strokeweight="0">
                        <v:stroke miterlimit="83231f" joinstyle="miter"/>
                        <v:path arrowok="t" textboxrect="0,0,159258,75692"/>
                      </v:shape>
                      <v:shape id="Shape 222" o:spid="_x0000_s1033" style="position:absolute;left:21027;top:1268;width:1726;height:1651;visibility:visible;mso-wrap-style:square;v-text-anchor:top" coordsize="172593,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" path="m,l115062,r57531,165100l47117,165100,,xe" fillcolor="#003180" stroked="f" strokeweight="0">
                        <v:stroke miterlimit="83231f" joinstyle="miter"/>
                        <v:path arrowok="t" textboxrect="0,0,172593,165100"/>
                      </v:shape>
                      <v:shape id="Shape 223" o:spid="_x0000_s1034" style="position:absolute;left:55723;width:4152;height:4748;visibility:visible;mso-wrap-style:square;v-text-anchor:top" coordsize="415163,47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" path="m220218,r51181,3938l270637,3938r43815,11556l352425,34672r31877,26923l409448,95504r5461,11938l219964,107442r-51054,17146l145415,155575r-12065,50292l131826,238379r1524,32385l145288,320675r38862,40513l201676,366903r381,l221107,368681r194056,l402717,390399r-36322,40004l318770,458725r-59309,14350l225425,474853r-34544,-1524l131191,461011,83566,435991,45212,396875,16510,343409,1778,276352,,237744,3683,184659,14605,137795,32766,97155,58166,62738,90043,35306,127762,15749,171196,3938,220218,xe" fillcolor="#003180" stroked="f" strokeweight="0">
                        <v:stroke miterlimit="83231f" joinstyle="miter"/>
                        <v:path arrowok="t" textboxrect="0,0,415163,474853"/>
                      </v:shape>
                      <v:shape id="Shape 224" o:spid="_x0000_s1035" style="position:absolute;left:57923;top:1074;width:2219;height:2612;visibility:visible;mso-wrap-style:square;v-text-anchor:top" coordsize="221869,26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" path="m,l194945,r12573,28067l218313,74295r3556,52324l215646,199898r-20447,61341l1143,261239,54102,244602,77089,213741,88773,160274r1397,-35560l88646,94488,76454,47117,52578,16891,37338,7620r127,l19812,1905r127,l,xe" fillcolor="#003180" stroked="f" strokeweight="0">
                        <v:stroke miterlimit="83231f" joinstyle="miter"/>
                        <v:path arrowok="t" textboxrect="0,0,221869,261239"/>
                      </v:shape>
                      <v:shape id="Shape 225" o:spid="_x0000_s1036" style="position:absolute;left:50759;width:4151;height:4748;visibility:visible;mso-wrap-style:square;v-text-anchor:top" coordsize="415163,47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" path="m220218,r51054,3938l270637,3938r43815,11556l352425,34672r31877,26923l409448,95504r5461,11938l219837,107442r-50927,17146l145288,155575r-12065,50292l131699,238379r1524,32385l145161,320675r38862,40513l201549,366903r381,l220980,368681r194183,l402717,390399r-36449,40004l318770,458725r-59309,14350l225425,474853r-34544,-1524l131191,461011,83439,435991,45085,396875,16510,343409,1778,276352,,237744,3683,184659,14478,137795,32639,97155,58166,62738,90043,35306,127762,15749,171069,3938,220218,xe" fillcolor="#003180" stroked="f" strokeweight="0">
                        <v:stroke miterlimit="83231f" joinstyle="miter"/>
                        <v:path arrowok="t" textboxrect="0,0,415163,474853"/>
                      </v:shape>
                      <v:shape id="Shape 226" o:spid="_x0000_s1037" style="position:absolute;left:52957;top:1074;width:2220;height:2612;visibility:visible;mso-wrap-style:square;v-text-anchor:top" coordsize="221996,261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" path="m,l195072,r12573,28067l218440,74295r3556,52324l215773,199898r-20447,61341l1143,261239,54102,244602,77089,213741,88773,160274r1397,-35560l88646,94488,76581,47117,52705,16891,37465,7620r127,l19812,1905r254,l,xe" fillcolor="#003180" stroked="f" strokeweight="0">
                        <v:stroke miterlimit="83231f" joinstyle="miter"/>
                        <v:path arrowok="t" textboxrect="0,0,221996,261239"/>
                      </v:shape>
                      <v:shape id="Shape 227" o:spid="_x0000_s1038" style="position:absolute;left:2263;top:78;width:3559;height:4591;visibility:visible;mso-wrap-style:square;v-text-anchor:top" coordsize="355905,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" path="m,l219050,r33540,2286l281635,9144r44615,27431l352984,81152r2921,12193l132359,93345r,102362l353974,195707r-1790,7239l323050,249555r-49048,29464l204508,288798r-72149,l132359,459105,,459105,,xe" fillcolor="#003180" stroked="f" strokeweight="0">
                        <v:stroke miterlimit="83231f" joinstyle="miter"/>
                        <v:path arrowok="t" textboxrect="0,0,355905,459105"/>
                      </v:shape>
                      <v:shape id="Shape 228" o:spid="_x0000_s1039" style="position:absolute;left:3909;top:1012;width:1973;height:1023;visibility:visible;mso-wrap-style:square;v-text-anchor:top" coordsize="197231,102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" path="m5232,l191249,r3760,15748l197231,47625r-2426,32893l189319,102362,,102362,44399,94488,67983,62357r965,-10668l65608,31750,36297,3810,22238,1016,5232,xe" fillcolor="#003180" stroked="f" strokeweight="0">
                        <v:stroke miterlimit="83231f" joinstyle="miter"/>
                        <v:path arrowok="t" textboxrect="0,0,197231,102362"/>
                      </v:shape>
                      <v:shape id="Shape 229" o:spid="_x0000_s1040" style="position:absolute;left:23794;top:78;width:3810;height:4591;visibility:visible;mso-wrap-style:square;v-text-anchor:top" coordsize="381000,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" path="m,l219583,r28829,762l273558,2921r39370,8381l354330,39115r25527,47880l381000,92710r-248666,l132334,186055r240665,l369697,193421r-29083,35687l295656,252730r-13843,3809l292735,260858r9398,4191l309880,269239r5334,3557l132334,272796r,186309l,459105,,xe" fillcolor="#003180" stroked="f" strokeweight="0">
                        <v:stroke miterlimit="83231f" joinstyle="miter"/>
                        <v:path arrowok="t" textboxrect="0,0,381000,459105"/>
                      </v:shape>
                      <v:shape id="Shape 230" o:spid="_x0000_s1041" style="position:absolute;left:25233;top:2806;width:2756;height:1863;visibility:visible;mso-wrap-style:square;v-text-anchor:top" coordsize="275590,186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" path="m,l171323,r889,762l186817,16383r24892,36957l275590,186309r-148971,l49657,33528,17145,2667,8763,762,,xe" fillcolor="#003180" stroked="f" strokeweight="0">
                        <v:stroke miterlimit="83231f" joinstyle="miter"/>
                        <v:path arrowok="t" textboxrect="0,0,275590,186309"/>
                      </v:shape>
                      <v:shape id="Shape 231" o:spid="_x0000_s1042" style="position:absolute;left:27973;top:78;width:3677;height:4591;visibility:visible;mso-wrap-style:square;v-text-anchor:top" coordsize="367792,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" path="m,l146431,r85979,154939l367792,154939,298196,266826r,192279l166116,459105r,-192279l,xe" fillcolor="#003180" stroked="f" strokeweight="0">
                        <v:stroke miterlimit="83231f" joinstyle="miter"/>
                        <v:path arrowok="t" textboxrect="0,0,367792,459105"/>
                      </v:shape>
                      <v:shape id="Shape 232" o:spid="_x0000_s1043" style="position:absolute;left:25673;top:1005;width:1969;height:934;visibility:visible;mso-wrap-style:square;v-text-anchor:top" coordsize="196977,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" path="m2413,l193167,r2540,13715l196977,34798r-1016,18542l185166,93345,,93345,41148,85217,64135,53340r508,-7366l63881,35560,32766,3048,19050,762,2413,xe" fillcolor="#003180" stroked="f" strokeweight="0">
                        <v:stroke miterlimit="83231f" joinstyle="miter"/>
                        <v:path arrowok="t" textboxrect="0,0,196977,93345"/>
                      </v:shape>
                      <v:shape id="Shape 233" o:spid="_x0000_s1044" style="position:absolute;left:30297;top:78;width:2316;height:1550;visibility:visible;mso-wrap-style:square;v-text-anchor:top" coordsize="231648,154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" path="m85979,l231648,,135382,154939,,154939,85979,xe" fillcolor="#003180" stroked="f" strokeweight="0">
                        <v:stroke miterlimit="83231f" joinstyle="miter"/>
                        <v:path arrowok="t" textboxrect="0,0,231648,154939"/>
                      </v:shape>
                      <v:shape id="Shape 234" o:spid="_x0000_s1045" style="position:absolute;left:6595;top:78;width:3811;height:4591;visibility:visible;mso-wrap-style:square;v-text-anchor:top" coordsize="381051,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" path="m,l219647,r28752,762l273545,2921r39434,8381l354381,39115r25527,47880l381051,92710r-248679,l132372,186055r240678,l369748,193421r-29083,35687l295707,252730r-13869,3809l292786,260858r9398,4191l309931,269239r5334,3557l132372,272796r,186309l,459105,,xe" fillcolor="#003180" stroked="f" strokeweight="0">
                        <v:stroke miterlimit="83231f" joinstyle="miter"/>
                        <v:path arrowok="t" textboxrect="0,0,381051,459105"/>
                      </v:shape>
                      <v:shape id="Shape 235" o:spid="_x0000_s1046" style="position:absolute;left:8035;top:2806;width:2756;height:1863;visibility:visible;mso-wrap-style:square;v-text-anchor:top" coordsize="275527,186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" path="m,l171260,r889,762l186754,16383r24892,36957l275527,186309r-148946,l49555,33528,17094,2667,8788,762,,xe" fillcolor="#003180" stroked="f" strokeweight="0">
                        <v:stroke miterlimit="83231f" joinstyle="miter"/>
                        <v:path arrowok="t" textboxrect="0,0,275527,186309"/>
                      </v:shape>
                      <v:shape id="Shape 236" o:spid="_x0000_s1047" style="position:absolute;left:8475;top:1005;width:1969;height:934;visibility:visible;mso-wrap-style:square;v-text-anchor:top" coordsize="196926,9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" path="m2324,l193116,r2540,13715l196926,34798r-1016,18542l185115,93345,,93345,41161,85217,64059,53340r520,-7366l63767,35560,32652,3048,18923,762,2324,xe" fillcolor="#003180" stroked="f" strokeweight="0">
                        <v:stroke miterlimit="83231f" joinstyle="miter"/>
                        <v:path arrowok="t" textboxrect="0,0,196926,93345"/>
                      </v:shape>
                      <v:shape id="Shape 237" o:spid="_x0000_s1048" style="position:absolute;left:60854;top:78;width:3374;height:4591;visibility:visible;mso-wrap-style:square;v-text-anchor:top" coordsize="337439,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" path="m,l131826,r,346075l337439,346075r,113030l,459105,,xe" fillcolor="#003180" stroked="f" strokeweight="0">
                        <v:stroke miterlimit="83231f" joinstyle="miter"/>
                        <v:path arrowok="t" textboxrect="0,0,337439,459105"/>
                      </v:shape>
                      <v:shape id="Shape 238" o:spid="_x0000_s1049" style="position:absolute;left:45965;top:78;width:4081;height:4591;visibility:visible;mso-wrap-style:square;v-text-anchor:top" coordsize="408178,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" path="m,l131826,r,160655l408178,160655r,112776l131826,273431r,185674l,459105,,xe" fillcolor="#003180" stroked="f" strokeweight="0">
                        <v:stroke miterlimit="83231f" joinstyle="miter"/>
                        <v:path arrowok="t" textboxrect="0,0,408178,459105"/>
                      </v:shape>
                      <v:shape id="Shape 14310" o:spid="_x0000_s1050" style="position:absolute;left:48723;top:2813;width:1323;height:1856;visibility:visible;mso-wrap-style:square;v-text-anchor:top" coordsize="132334,185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" path="m,l132334,r,185674l,185674,,e" fillcolor="#003180" stroked="f" strokeweight="0">
                        <v:stroke miterlimit="83231f" joinstyle="miter"/>
                        <v:path arrowok="t" textboxrect="0,0,132334,185674"/>
                      </v:shape>
                      <v:shape id="Shape 14311" o:spid="_x0000_s1051" style="position:absolute;left:48723;top:78;width:1323;height:1607;visibility:visible;mso-wrap-style:square;v-text-anchor:top" coordsize="132334,1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" path="m,l132334,r,160655l,160655,,e" fillcolor="#003180" stroked="f" strokeweight="0">
                        <v:stroke miterlimit="83231f" joinstyle="miter"/>
                        <v:path arrowok="t" textboxrect="0,0,132334,160655"/>
                      </v:shape>
                      <v:shape id="Shape 241" o:spid="_x0000_s1052" style="position:absolute;left:13515;top:78;width:1994;height:4591;visibility:visible;mso-wrap-style:square;v-text-anchor:top" coordsize="199390,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" path="m,l173228,r26162,108965l107823,108965r,350140l,459105,,xe" fillcolor="#003180" stroked="f" strokeweight="0">
                        <v:stroke miterlimit="83231f" joinstyle="miter"/>
                        <v:path arrowok="t" textboxrect="0,0,199390,459105"/>
                      </v:shape>
                      <v:shape id="Shape 242" o:spid="_x0000_s1053" style="position:absolute;left:14593;top:1168;width:2234;height:3501;visibility:visible;mso-wrap-style:square;v-text-anchor:top" coordsize="223393,35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" path="m,l91567,r40640,170435l223393,170435,180721,350139r-97663,l,xe" fillcolor="#003180" stroked="f" strokeweight="0">
                        <v:stroke miterlimit="83231f" joinstyle="miter"/>
                        <v:path arrowok="t" textboxrect="0,0,223393,350139"/>
                      </v:shape>
                      <v:shape id="Shape 14312" o:spid="_x0000_s1054" style="position:absolute;left:17232;top:1168;width:1080;height:3501;visibility:visible;mso-wrap-style:square;v-text-anchor:top" coordsize="107950,350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" path="m,l107950,r,350139l,350139,,e" fillcolor="#003180" stroked="f" strokeweight="0">
                        <v:stroke miterlimit="83231f" joinstyle="miter"/>
                        <v:path arrowok="t" textboxrect="0,0,107950,350139"/>
                      </v:shape>
                      <v:shape id="Shape 244" o:spid="_x0000_s1055" style="position:absolute;left:15915;top:78;width:2397;height:2794;visibility:visible;mso-wrap-style:square;v-text-anchor:top" coordsize="239649,27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" path="m66421,l239649,r,108965l131699,108965,91186,279400,,279400,22225,186309,66421,xe" fillcolor="#003180" stroked="f" strokeweight="0">
                        <v:stroke miterlimit="83231f" joinstyle="miter"/>
                        <v:path arrowok="t" textboxrect="0,0,239649,279400"/>
                      </v:shape>
                      <v:shape id="Shape 14313" o:spid="_x0000_s1056" style="position:absolute;left:11258;top:78;width:1321;height:4591;visibility:visible;mso-wrap-style:square;v-text-anchor:top" coordsize="132080,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" path="m,l132080,r,459105l,459105,,e" fillcolor="#003180" stroked="f" strokeweight="0">
                        <v:stroke miterlimit="83231f" joinstyle="miter"/>
                        <v:path arrowok="t" textboxrect="0,0,132080,459105"/>
                      </v:shape>
                      <v:shape id="Shape 246" o:spid="_x0000_s1057" style="position:absolute;left:41178;width:3980;height:4748;visibility:visible;mso-wrap-style:square;v-text-anchor:top" coordsize="398018,47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" path="m215519,r38100,2287l287528,8763r54737,26416l382397,79629r14224,26544l218694,106173r-21082,2540l163322,128016r-21082,33528l133223,206756r-1143,28703l132080,236348r5334,63500l153543,340106r42164,26544l214122,368427r183896,l389890,385573r-25019,35052l333883,447040r-37592,17780l249047,473838r-27432,1015l188468,473584,131699,462662,86868,440310,48768,401955,18034,347345,2032,277241,,236348r,-889l3556,182753,14097,135637,31623,95124,56261,61214,87376,34544,124333,15367,167005,3938,215519,xe" fillcolor="#003180" stroked="f" strokeweight="0">
                        <v:stroke miterlimit="83231f" joinstyle="miter"/>
                        <v:path arrowok="t" textboxrect="0,0,398018,474853"/>
                      </v:shape>
                      <v:shape id="Shape 247" o:spid="_x0000_s1058" style="position:absolute;left:43319;top:2791;width:2007;height:893;visibility:visible;mso-wrap-style:square;v-text-anchor:top" coordsize="200660,89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" path="m85217,l200660,37592r-6604,25146l185674,85598r-1778,3683l,89281,46355,76327,73787,38353,85217,xe" fillcolor="#003180" stroked="f" strokeweight="0">
                        <v:stroke miterlimit="83231f" joinstyle="miter"/>
                        <v:path arrowok="t" textboxrect="0,0,200660,89281"/>
                      </v:shape>
                      <v:shape id="Shape 248" o:spid="_x0000_s1059" style="position:absolute;left:43365;top:1061;width:1920;height:645;visibility:visible;mso-wrap-style:square;v-text-anchor:top" coordsize="192024,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" path="m,l177927,r1397,2794l192024,36702,75692,64515,57023,26289,18923,2286,9652,635,,xe" fillcolor="#003180" stroked="f" strokeweight="0">
                        <v:stroke miterlimit="83231f" joinstyle="miter"/>
                        <v:path arrowok="t" textboxrect="0,0,192024,64515"/>
                      </v:shape>
                      <v:shape id="Shape 249" o:spid="_x0000_s1060" style="position:absolute;left:36793;top:3067;width:3717;height:1681;visibility:visible;mso-wrap-style:square;v-text-anchor:top" coordsize="371729,168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" path="m125349,r2540,15494l141986,50038r40386,26289l200152,77978r171577,l351790,109855r-31750,28321l279146,157353r-51435,9652l198120,168148r-50165,-2794l106045,156972,47371,123063,14605,71882,5080,41656,,8382,125349,xe" fillcolor="#003180" stroked="f" strokeweight="0">
                        <v:stroke miterlimit="83231f" joinstyle="miter"/>
                        <v:path arrowok="t" textboxrect="0,0,371729,168148"/>
                      </v:shape>
                      <v:shape id="Shape 250" o:spid="_x0000_s1061" style="position:absolute;left:36953;width:3709;height:3846;visibility:visible;mso-wrap-style:square;v-text-anchor:top" coordsize="370967,384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" path="m181229,r38481,2160l253238,8255r52705,24511l340106,75185r3937,10414l168148,85599r-10795,635l124841,107697r-127,127l122682,114300r-762,7239l121920,128905r3175,6605l131445,141351r6223,4446l147193,150114r12700,4191l215900,168275r61849,20320l316865,209677r37084,40005l369951,299339r1016,18288l369570,339344r-4318,20829l358140,380112r-2413,4572l184150,384684r25019,-3557l242062,346456r889,-9143l239268,320549,204216,291719r-19177,-6477l160909,278765,120650,267463,58801,239650,20955,204470,2286,160148,,134366,10668,83566,42926,39498,76327,18035,121666,4573,181229,xe" fillcolor="#003180" stroked="f" strokeweight="0">
                        <v:stroke miterlimit="83231f" joinstyle="miter"/>
                        <v:path arrowok="t" textboxrect="0,0,370967,384684"/>
                      </v:shape>
                      <v:shape id="Shape 251" o:spid="_x0000_s1062" style="position:absolute;left:38634;top:855;width:1889;height:592;visibility:visible;mso-wrap-style:square;v-text-anchor:top" coordsize="188849,5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" path="m,l175895,r6731,18034l188849,51308,64643,59182,56896,32512,25019,3556,13208,889,,xe" fillcolor="#003180" stroked="f" strokeweight="0">
                        <v:stroke miterlimit="83231f" joinstyle="miter"/>
                        <v:path arrowok="t" textboxrect="0,0,188849,59182"/>
                      </v:shape>
                      <w10:wrap type="square"/>
                    </v:group>
                  </w:pict>
                </mc:Fallback>
              </mc:AlternateContent>
            </w:r>
            <w:r>
              <w:rPr>
                <w:rFonts w:ascii="Times New Roman" w:eastAsia="Times New Roman" w:hAnsi="Times New Roman" w:cs="Times New Roman"/>
                <w:sz w:val="20"/>
              </w:rPr>
              <w:t xml:space="preserve"> </w:t>
            </w:r>
          </w:p>
          <w:p w14:paraId="73A15571" w14:textId="77777777" w:rsidR="002360B3" w:rsidRDefault="002360B3" w:rsidP="00A31880">
            <w:pPr>
              <w:spacing w:after="1021" w:line="259" w:lineRule="auto"/>
              <w:ind w:left="2"/>
            </w:pPr>
            <w:r>
              <w:rPr>
                <w:rFonts w:ascii="Times New Roman" w:eastAsia="Times New Roman" w:hAnsi="Times New Roman" w:cs="Times New Roman"/>
                <w:sz w:val="20"/>
              </w:rPr>
              <w:t xml:space="preserve"> </w:t>
            </w:r>
          </w:p>
          <w:p w14:paraId="0F57CADD" w14:textId="77777777" w:rsidR="002360B3" w:rsidRDefault="002360B3" w:rsidP="00A31880">
            <w:pPr>
              <w:spacing w:after="209"/>
              <w:jc w:val="center"/>
              <w:rPr>
                <w:b/>
                <w:color w:val="001F5F"/>
                <w:sz w:val="72"/>
              </w:rPr>
            </w:pPr>
          </w:p>
          <w:p w14:paraId="360E28AC" w14:textId="77777777" w:rsidR="002360B3" w:rsidRDefault="002360B3" w:rsidP="00A31880">
            <w:pPr>
              <w:spacing w:after="209"/>
              <w:jc w:val="center"/>
              <w:rPr>
                <w:b/>
                <w:color w:val="001F5F"/>
                <w:sz w:val="72"/>
              </w:rPr>
            </w:pPr>
          </w:p>
          <w:p w14:paraId="583B24A7" w14:textId="77777777" w:rsidR="002360B3" w:rsidRDefault="002360B3" w:rsidP="00A31880">
            <w:pPr>
              <w:spacing w:after="209"/>
              <w:jc w:val="center"/>
              <w:rPr>
                <w:b/>
                <w:color w:val="001F5F"/>
                <w:sz w:val="72"/>
              </w:rPr>
            </w:pPr>
          </w:p>
          <w:p w14:paraId="6FF9F029" w14:textId="04689479" w:rsidR="002360B3" w:rsidRDefault="002360B3" w:rsidP="00A31880">
            <w:pPr>
              <w:spacing w:after="209"/>
              <w:jc w:val="center"/>
            </w:pPr>
            <w:r>
              <w:rPr>
                <w:b/>
                <w:color w:val="001F5F"/>
                <w:sz w:val="72"/>
              </w:rPr>
              <w:t>ECT Policy</w:t>
            </w:r>
          </w:p>
          <w:p w14:paraId="627F3866" w14:textId="77777777" w:rsidR="002360B3" w:rsidRDefault="002360B3" w:rsidP="00A31880">
            <w:pPr>
              <w:spacing w:after="0" w:line="259" w:lineRule="auto"/>
              <w:ind w:left="2247"/>
            </w:pPr>
            <w:r>
              <w:rPr>
                <w:b/>
                <w:sz w:val="76"/>
              </w:rPr>
              <w:t xml:space="preserve"> </w:t>
            </w:r>
          </w:p>
          <w:p w14:paraId="45A38349" w14:textId="77777777" w:rsidR="002360B3" w:rsidRDefault="002360B3" w:rsidP="00A31880">
            <w:pPr>
              <w:spacing w:after="0" w:line="259" w:lineRule="auto"/>
              <w:ind w:left="2247"/>
            </w:pPr>
          </w:p>
          <w:tbl>
            <w:tblPr>
              <w:tblStyle w:val="TableGrid"/>
              <w:tblpPr w:leftFromText="180" w:rightFromText="180" w:vertAnchor="text" w:horzAnchor="margin" w:tblpXSpec="center" w:tblpY="865"/>
              <w:tblOverlap w:val="never"/>
              <w:tblW w:w="0" w:type="auto"/>
              <w:tblLook w:val="04A0" w:firstRow="1" w:lastRow="0" w:firstColumn="1" w:lastColumn="0" w:noHBand="0" w:noVBand="1"/>
            </w:tblPr>
            <w:tblGrid>
              <w:gridCol w:w="4724"/>
              <w:gridCol w:w="4725"/>
            </w:tblGrid>
            <w:tr w:rsidR="002360B3" w14:paraId="6283A0C8" w14:textId="77777777" w:rsidTr="00A31880">
              <w:trPr>
                <w:trHeight w:val="705"/>
              </w:trPr>
              <w:tc>
                <w:tcPr>
                  <w:tcW w:w="4724" w:type="dxa"/>
                </w:tcPr>
                <w:p w14:paraId="2CF06661" w14:textId="77777777" w:rsidR="002360B3" w:rsidRDefault="002360B3" w:rsidP="00A31880">
                  <w:pPr>
                    <w:spacing w:after="0" w:line="259" w:lineRule="auto"/>
                  </w:pPr>
                  <w:r>
                    <w:rPr>
                      <w:b/>
                      <w:color w:val="001F5F"/>
                      <w:sz w:val="38"/>
                    </w:rPr>
                    <w:t>Written by</w:t>
                  </w:r>
                  <w:r>
                    <w:rPr>
                      <w:b/>
                      <w:sz w:val="38"/>
                    </w:rPr>
                    <w:t xml:space="preserve"> </w:t>
                  </w:r>
                </w:p>
              </w:tc>
              <w:tc>
                <w:tcPr>
                  <w:tcW w:w="4725" w:type="dxa"/>
                </w:tcPr>
                <w:p w14:paraId="1D946F6E" w14:textId="77777777" w:rsidR="002360B3" w:rsidRDefault="002360B3" w:rsidP="00A31880">
                  <w:pPr>
                    <w:spacing w:after="0" w:line="259" w:lineRule="auto"/>
                  </w:pPr>
                  <w:r>
                    <w:rPr>
                      <w:b/>
                      <w:color w:val="001F5F"/>
                      <w:sz w:val="38"/>
                    </w:rPr>
                    <w:t>N. Peshawaria</w:t>
                  </w:r>
                </w:p>
              </w:tc>
            </w:tr>
            <w:tr w:rsidR="002360B3" w14:paraId="7AB12A0E" w14:textId="77777777" w:rsidTr="00A31880">
              <w:trPr>
                <w:trHeight w:val="690"/>
              </w:trPr>
              <w:tc>
                <w:tcPr>
                  <w:tcW w:w="4724" w:type="dxa"/>
                </w:tcPr>
                <w:p w14:paraId="6EBBFFFB" w14:textId="77777777" w:rsidR="002360B3" w:rsidRDefault="002360B3" w:rsidP="00A31880">
                  <w:pPr>
                    <w:spacing w:after="0" w:line="259" w:lineRule="auto"/>
                  </w:pPr>
                  <w:r>
                    <w:rPr>
                      <w:b/>
                      <w:color w:val="001F5F"/>
                      <w:sz w:val="38"/>
                    </w:rPr>
                    <w:t>LGB Approved</w:t>
                  </w:r>
                  <w:r>
                    <w:rPr>
                      <w:b/>
                      <w:sz w:val="38"/>
                    </w:rPr>
                    <w:t xml:space="preserve"> </w:t>
                  </w:r>
                </w:p>
              </w:tc>
              <w:tc>
                <w:tcPr>
                  <w:tcW w:w="4725" w:type="dxa"/>
                </w:tcPr>
                <w:p w14:paraId="3D582C88" w14:textId="77777777" w:rsidR="002360B3" w:rsidRDefault="002360B3" w:rsidP="00A31880">
                  <w:pPr>
                    <w:spacing w:after="0" w:line="259" w:lineRule="auto"/>
                  </w:pPr>
                  <w:r>
                    <w:rPr>
                      <w:b/>
                      <w:color w:val="002060"/>
                      <w:sz w:val="38"/>
                    </w:rPr>
                    <w:t xml:space="preserve">October 2026 </w:t>
                  </w:r>
                </w:p>
              </w:tc>
            </w:tr>
            <w:tr w:rsidR="002360B3" w14:paraId="674823F5" w14:textId="77777777" w:rsidTr="00A31880">
              <w:trPr>
                <w:trHeight w:val="558"/>
              </w:trPr>
              <w:tc>
                <w:tcPr>
                  <w:tcW w:w="4724" w:type="dxa"/>
                </w:tcPr>
                <w:p w14:paraId="79A75451" w14:textId="77777777" w:rsidR="002360B3" w:rsidRDefault="002360B3" w:rsidP="00A31880">
                  <w:pPr>
                    <w:spacing w:after="0" w:line="259" w:lineRule="auto"/>
                  </w:pPr>
                  <w:r>
                    <w:rPr>
                      <w:b/>
                      <w:color w:val="001F5F"/>
                      <w:sz w:val="38"/>
                    </w:rPr>
                    <w:t>BoT Ratified</w:t>
                  </w:r>
                  <w:r>
                    <w:rPr>
                      <w:b/>
                      <w:sz w:val="38"/>
                    </w:rPr>
                    <w:t xml:space="preserve"> </w:t>
                  </w:r>
                </w:p>
              </w:tc>
              <w:tc>
                <w:tcPr>
                  <w:tcW w:w="4725" w:type="dxa"/>
                </w:tcPr>
                <w:p w14:paraId="235AA3BC" w14:textId="14944A3C" w:rsidR="002360B3" w:rsidRDefault="002360B3" w:rsidP="00A31880">
                  <w:pPr>
                    <w:spacing w:after="0" w:line="259" w:lineRule="auto"/>
                  </w:pPr>
                  <w:r>
                    <w:rPr>
                      <w:b/>
                      <w:color w:val="002060"/>
                      <w:sz w:val="38"/>
                    </w:rPr>
                    <w:t>October 2026</w:t>
                  </w:r>
                </w:p>
              </w:tc>
            </w:tr>
            <w:tr w:rsidR="002360B3" w14:paraId="7E098127" w14:textId="77777777" w:rsidTr="00A31880">
              <w:trPr>
                <w:trHeight w:val="564"/>
              </w:trPr>
              <w:tc>
                <w:tcPr>
                  <w:tcW w:w="4724" w:type="dxa"/>
                </w:tcPr>
                <w:p w14:paraId="559864D7" w14:textId="77777777" w:rsidR="002360B3" w:rsidRDefault="002360B3" w:rsidP="00A31880">
                  <w:pPr>
                    <w:spacing w:after="0" w:line="259" w:lineRule="auto"/>
                  </w:pPr>
                  <w:r>
                    <w:rPr>
                      <w:b/>
                      <w:color w:val="001F5F"/>
                      <w:sz w:val="38"/>
                    </w:rPr>
                    <w:t>Date of Review</w:t>
                  </w:r>
                  <w:r>
                    <w:rPr>
                      <w:b/>
                      <w:sz w:val="38"/>
                    </w:rPr>
                    <w:t xml:space="preserve"> </w:t>
                  </w:r>
                </w:p>
              </w:tc>
              <w:tc>
                <w:tcPr>
                  <w:tcW w:w="4725" w:type="dxa"/>
                </w:tcPr>
                <w:p w14:paraId="52616917" w14:textId="77777777" w:rsidR="002360B3" w:rsidRDefault="002360B3" w:rsidP="00A31880">
                  <w:pPr>
                    <w:spacing w:after="0" w:line="259" w:lineRule="auto"/>
                  </w:pPr>
                  <w:r>
                    <w:rPr>
                      <w:b/>
                      <w:color w:val="001F5F"/>
                      <w:sz w:val="38"/>
                    </w:rPr>
                    <w:t>October 2027</w:t>
                  </w:r>
                  <w:r>
                    <w:rPr>
                      <w:b/>
                      <w:sz w:val="38"/>
                    </w:rPr>
                    <w:t xml:space="preserve"> </w:t>
                  </w:r>
                </w:p>
              </w:tc>
            </w:tr>
          </w:tbl>
          <w:p w14:paraId="4DACA14A" w14:textId="77777777" w:rsidR="002360B3" w:rsidRDefault="002360B3" w:rsidP="00A31880">
            <w:pPr>
              <w:spacing w:after="0" w:line="259" w:lineRule="auto"/>
            </w:pPr>
          </w:p>
          <w:p w14:paraId="72B471EA" w14:textId="77777777" w:rsidR="002360B3" w:rsidRDefault="002360B3" w:rsidP="00A31880">
            <w:pPr>
              <w:spacing w:after="0" w:line="259" w:lineRule="auto"/>
            </w:pPr>
          </w:p>
          <w:p w14:paraId="0F831CA4" w14:textId="77777777" w:rsidR="002360B3" w:rsidRDefault="002360B3" w:rsidP="00A31880">
            <w:pPr>
              <w:spacing w:after="0" w:line="259" w:lineRule="auto"/>
              <w:ind w:left="2247"/>
            </w:pPr>
          </w:p>
          <w:p w14:paraId="33EE7228" w14:textId="77777777" w:rsidR="002360B3" w:rsidRDefault="002360B3" w:rsidP="00A31880">
            <w:pPr>
              <w:spacing w:after="0" w:line="259" w:lineRule="auto"/>
              <w:ind w:left="2247"/>
            </w:pPr>
          </w:p>
          <w:p w14:paraId="5D9E334F" w14:textId="77777777" w:rsidR="002360B3" w:rsidRDefault="002360B3" w:rsidP="00A31880">
            <w:pPr>
              <w:spacing w:after="0" w:line="259" w:lineRule="auto"/>
              <w:ind w:left="2247"/>
            </w:pPr>
          </w:p>
          <w:p w14:paraId="1923422E" w14:textId="77777777" w:rsidR="002360B3" w:rsidRDefault="002360B3" w:rsidP="00A31880">
            <w:pPr>
              <w:spacing w:after="0" w:line="259" w:lineRule="auto"/>
              <w:ind w:left="2247"/>
            </w:pPr>
          </w:p>
          <w:p w14:paraId="78AEA870" w14:textId="77777777" w:rsidR="002360B3" w:rsidRDefault="002360B3" w:rsidP="00A31880">
            <w:pPr>
              <w:spacing w:after="0" w:line="259" w:lineRule="auto"/>
              <w:ind w:left="2247"/>
            </w:pPr>
          </w:p>
          <w:p w14:paraId="5F80C6B3" w14:textId="77777777" w:rsidR="002360B3" w:rsidRDefault="002360B3" w:rsidP="00A31880">
            <w:pPr>
              <w:spacing w:after="0" w:line="259" w:lineRule="auto"/>
              <w:ind w:left="2247"/>
            </w:pPr>
          </w:p>
          <w:p w14:paraId="6A539E29" w14:textId="77777777" w:rsidR="002360B3" w:rsidRDefault="002360B3" w:rsidP="00A31880">
            <w:pPr>
              <w:spacing w:after="0" w:line="259" w:lineRule="auto"/>
              <w:ind w:left="2247"/>
            </w:pPr>
          </w:p>
          <w:p w14:paraId="24E782A2" w14:textId="77777777" w:rsidR="002360B3" w:rsidRDefault="002360B3" w:rsidP="00A31880">
            <w:pPr>
              <w:spacing w:after="0" w:line="259" w:lineRule="auto"/>
              <w:ind w:left="2247"/>
            </w:pPr>
          </w:p>
          <w:p w14:paraId="608B3E5E" w14:textId="77777777" w:rsidR="002360B3" w:rsidRDefault="002360B3" w:rsidP="00A31880">
            <w:pPr>
              <w:spacing w:after="0" w:line="259" w:lineRule="auto"/>
              <w:ind w:left="2247"/>
            </w:pPr>
          </w:p>
          <w:p w14:paraId="58E47ADB" w14:textId="77777777" w:rsidR="002360B3" w:rsidRDefault="002360B3" w:rsidP="00A31880">
            <w:pPr>
              <w:spacing w:after="0" w:line="259" w:lineRule="auto"/>
              <w:ind w:left="2247"/>
            </w:pPr>
          </w:p>
          <w:p w14:paraId="504A142D" w14:textId="77777777" w:rsidR="002360B3" w:rsidRDefault="002360B3" w:rsidP="00A31880">
            <w:pPr>
              <w:spacing w:after="0" w:line="259" w:lineRule="auto"/>
              <w:ind w:left="2247"/>
            </w:pPr>
          </w:p>
          <w:p w14:paraId="44F4DC69" w14:textId="77777777" w:rsidR="002360B3" w:rsidRDefault="002360B3" w:rsidP="00A31880">
            <w:pPr>
              <w:spacing w:after="0" w:line="259" w:lineRule="auto"/>
            </w:pPr>
          </w:p>
          <w:p w14:paraId="00B88EBA" w14:textId="77777777" w:rsidR="002360B3" w:rsidRDefault="002360B3" w:rsidP="00A31880">
            <w:pPr>
              <w:spacing w:after="0" w:line="259" w:lineRule="auto"/>
              <w:ind w:left="2247"/>
            </w:pPr>
          </w:p>
          <w:p w14:paraId="406FF926" w14:textId="77777777" w:rsidR="002360B3" w:rsidRDefault="002360B3" w:rsidP="00A31880">
            <w:pPr>
              <w:spacing w:after="0" w:line="259" w:lineRule="auto"/>
            </w:pPr>
          </w:p>
          <w:p w14:paraId="22B5F375" w14:textId="77777777" w:rsidR="002360B3" w:rsidRDefault="002360B3" w:rsidP="00A31880">
            <w:pPr>
              <w:spacing w:after="0" w:line="259" w:lineRule="auto"/>
            </w:pPr>
          </w:p>
          <w:p w14:paraId="3949A260" w14:textId="77777777" w:rsidR="002360B3" w:rsidRDefault="002360B3" w:rsidP="00A31880">
            <w:pPr>
              <w:spacing w:after="0" w:line="259" w:lineRule="auto"/>
              <w:ind w:left="2247"/>
            </w:pPr>
          </w:p>
          <w:p w14:paraId="58E712AB" w14:textId="77777777" w:rsidR="002360B3" w:rsidRDefault="002360B3" w:rsidP="00A31880">
            <w:pPr>
              <w:spacing w:after="0" w:line="259" w:lineRule="auto"/>
              <w:ind w:left="2247"/>
            </w:pPr>
          </w:p>
        </w:tc>
        <w:tc>
          <w:tcPr>
            <w:tcW w:w="386" w:type="dxa"/>
            <w:tcBorders>
              <w:top w:val="single" w:sz="2" w:space="0" w:color="003380"/>
              <w:left w:val="nil"/>
              <w:bottom w:val="single" w:sz="4" w:space="0" w:color="FFFF00"/>
              <w:right w:val="nil"/>
            </w:tcBorders>
            <w:shd w:val="clear" w:color="auto" w:fill="003380"/>
          </w:tcPr>
          <w:p w14:paraId="33C40323" w14:textId="77777777" w:rsidR="002360B3" w:rsidRDefault="002360B3" w:rsidP="00A31880">
            <w:pPr>
              <w:spacing w:after="0" w:line="259" w:lineRule="auto"/>
              <w:ind w:left="2"/>
            </w:pPr>
            <w:r>
              <w:rPr>
                <w:rFonts w:ascii="Times New Roman" w:eastAsia="Times New Roman" w:hAnsi="Times New Roman" w:cs="Times New Roman"/>
                <w:color w:val="FFFFFF"/>
                <w:sz w:val="48"/>
              </w:rPr>
              <w:t xml:space="preserve"> </w:t>
            </w:r>
          </w:p>
        </w:tc>
      </w:tr>
      <w:tr w:rsidR="002360B3" w14:paraId="4AFDE013" w14:textId="77777777" w:rsidTr="00A31880">
        <w:trPr>
          <w:trHeight w:val="2214"/>
        </w:trPr>
        <w:tc>
          <w:tcPr>
            <w:tcW w:w="386" w:type="dxa"/>
            <w:vMerge w:val="restart"/>
            <w:tcBorders>
              <w:top w:val="single" w:sz="4" w:space="0" w:color="003380"/>
              <w:left w:val="single" w:sz="2" w:space="0" w:color="003380"/>
              <w:bottom w:val="nil"/>
              <w:right w:val="single" w:sz="2" w:space="0" w:color="003380"/>
            </w:tcBorders>
            <w:shd w:val="clear" w:color="auto" w:fill="003380"/>
          </w:tcPr>
          <w:p w14:paraId="372BBA3A" w14:textId="77777777" w:rsidR="002360B3" w:rsidRDefault="002360B3" w:rsidP="00A31880">
            <w:pPr>
              <w:spacing w:after="0" w:line="259" w:lineRule="auto"/>
              <w:ind w:left="2"/>
            </w:pPr>
            <w:r>
              <w:rPr>
                <w:rFonts w:ascii="Times New Roman" w:eastAsia="Times New Roman" w:hAnsi="Times New Roman" w:cs="Times New Roman"/>
                <w:color w:val="FFFFFF"/>
                <w:sz w:val="48"/>
              </w:rPr>
              <w:t xml:space="preserve"> </w:t>
            </w:r>
          </w:p>
        </w:tc>
        <w:tc>
          <w:tcPr>
            <w:tcW w:w="0" w:type="auto"/>
            <w:gridSpan w:val="2"/>
            <w:vMerge/>
            <w:tcBorders>
              <w:top w:val="nil"/>
              <w:left w:val="single" w:sz="2" w:space="0" w:color="003380"/>
              <w:bottom w:val="single" w:sz="4" w:space="0" w:color="000000"/>
              <w:right w:val="nil"/>
            </w:tcBorders>
          </w:tcPr>
          <w:p w14:paraId="23940D2E" w14:textId="77777777" w:rsidR="002360B3" w:rsidRDefault="002360B3" w:rsidP="00A31880">
            <w:pPr>
              <w:spacing w:after="160" w:line="259" w:lineRule="auto"/>
            </w:pPr>
          </w:p>
        </w:tc>
        <w:tc>
          <w:tcPr>
            <w:tcW w:w="386" w:type="dxa"/>
            <w:vMerge w:val="restart"/>
            <w:tcBorders>
              <w:top w:val="single" w:sz="4" w:space="0" w:color="FFFF00"/>
              <w:left w:val="single" w:sz="2" w:space="0" w:color="003380"/>
              <w:bottom w:val="single" w:sz="2" w:space="0" w:color="003380"/>
              <w:right w:val="single" w:sz="2" w:space="0" w:color="003380"/>
            </w:tcBorders>
            <w:shd w:val="clear" w:color="auto" w:fill="FFFF00"/>
          </w:tcPr>
          <w:p w14:paraId="01CA5A7B" w14:textId="77777777" w:rsidR="002360B3" w:rsidRDefault="002360B3" w:rsidP="00A31880">
            <w:pPr>
              <w:spacing w:after="0" w:line="259" w:lineRule="auto"/>
              <w:ind w:left="2"/>
            </w:pPr>
            <w:r>
              <w:rPr>
                <w:rFonts w:ascii="Times New Roman" w:eastAsia="Times New Roman" w:hAnsi="Times New Roman" w:cs="Times New Roman"/>
                <w:sz w:val="48"/>
              </w:rPr>
              <w:t xml:space="preserve"> </w:t>
            </w:r>
          </w:p>
        </w:tc>
      </w:tr>
      <w:tr w:rsidR="002360B3" w14:paraId="3B0D3769" w14:textId="77777777" w:rsidTr="00A31880">
        <w:trPr>
          <w:trHeight w:val="352"/>
        </w:trPr>
        <w:tc>
          <w:tcPr>
            <w:tcW w:w="0" w:type="auto"/>
            <w:vMerge/>
            <w:tcBorders>
              <w:top w:val="nil"/>
              <w:left w:val="single" w:sz="2" w:space="0" w:color="003380"/>
              <w:bottom w:val="nil"/>
              <w:right w:val="single" w:sz="2" w:space="0" w:color="003380"/>
            </w:tcBorders>
          </w:tcPr>
          <w:p w14:paraId="088A0602" w14:textId="77777777" w:rsidR="002360B3" w:rsidRDefault="002360B3" w:rsidP="00A31880">
            <w:pPr>
              <w:spacing w:after="160" w:line="259" w:lineRule="auto"/>
            </w:pPr>
          </w:p>
        </w:tc>
        <w:tc>
          <w:tcPr>
            <w:tcW w:w="5166" w:type="dxa"/>
            <w:tcBorders>
              <w:top w:val="nil"/>
              <w:left w:val="nil"/>
              <w:bottom w:val="nil"/>
              <w:right w:val="nil"/>
            </w:tcBorders>
            <w:shd w:val="clear" w:color="auto" w:fill="003380"/>
          </w:tcPr>
          <w:p w14:paraId="321541AF" w14:textId="77777777" w:rsidR="002360B3" w:rsidRDefault="002360B3" w:rsidP="00A31880">
            <w:pPr>
              <w:spacing w:after="0" w:line="259" w:lineRule="auto"/>
              <w:ind w:left="2"/>
            </w:pPr>
            <w:r>
              <w:rPr>
                <w:rFonts w:ascii="Times New Roman" w:eastAsia="Times New Roman" w:hAnsi="Times New Roman" w:cs="Times New Roman"/>
                <w:color w:val="FFFFFF"/>
                <w:sz w:val="26"/>
              </w:rPr>
              <w:t xml:space="preserve"> </w:t>
            </w:r>
          </w:p>
        </w:tc>
        <w:tc>
          <w:tcPr>
            <w:tcW w:w="5682" w:type="dxa"/>
            <w:tcBorders>
              <w:top w:val="nil"/>
              <w:left w:val="nil"/>
              <w:bottom w:val="single" w:sz="2" w:space="0" w:color="003380"/>
              <w:right w:val="single" w:sz="2" w:space="0" w:color="003380"/>
            </w:tcBorders>
            <w:shd w:val="clear" w:color="auto" w:fill="FFFF00"/>
          </w:tcPr>
          <w:p w14:paraId="7485B0EF" w14:textId="77777777" w:rsidR="002360B3" w:rsidRDefault="002360B3" w:rsidP="00A31880">
            <w:pPr>
              <w:spacing w:after="0" w:line="259" w:lineRule="auto"/>
            </w:pPr>
            <w:r>
              <w:rPr>
                <w:rFonts w:ascii="Times New Roman" w:eastAsia="Times New Roman" w:hAnsi="Times New Roman" w:cs="Times New Roman"/>
                <w:sz w:val="26"/>
              </w:rPr>
              <w:t xml:space="preserve"> </w:t>
            </w:r>
          </w:p>
        </w:tc>
        <w:tc>
          <w:tcPr>
            <w:tcW w:w="0" w:type="auto"/>
            <w:vMerge/>
            <w:tcBorders>
              <w:top w:val="nil"/>
              <w:left w:val="single" w:sz="2" w:space="0" w:color="003380"/>
              <w:bottom w:val="single" w:sz="2" w:space="0" w:color="003380"/>
              <w:right w:val="single" w:sz="2" w:space="0" w:color="003380"/>
            </w:tcBorders>
          </w:tcPr>
          <w:p w14:paraId="47E1C346" w14:textId="77777777" w:rsidR="002360B3" w:rsidRDefault="002360B3" w:rsidP="00A31880">
            <w:pPr>
              <w:spacing w:after="160" w:line="259" w:lineRule="auto"/>
            </w:pPr>
          </w:p>
        </w:tc>
      </w:tr>
    </w:tbl>
    <w:p w14:paraId="2E02DBA7" w14:textId="4FA10FD7" w:rsidR="002360B3" w:rsidRPr="00E973BF" w:rsidRDefault="002360B3" w:rsidP="00E973BF">
      <w:pPr>
        <w:pStyle w:val="Heading1"/>
        <w:spacing w:after="74"/>
        <w:ind w:right="8"/>
        <w:jc w:val="center"/>
        <w:rPr>
          <w:rFonts w:cstheme="majorHAnsi"/>
          <w:color w:val="265898" w:themeColor="text2" w:themeTint="E6"/>
          <w:sz w:val="40"/>
          <w:szCs w:val="40"/>
          <w:u w:val="single"/>
        </w:rPr>
      </w:pPr>
      <w:r w:rsidRPr="00E973BF">
        <w:rPr>
          <w:rFonts w:cstheme="majorHAnsi"/>
          <w:color w:val="265898" w:themeColor="text2" w:themeTint="E6"/>
          <w:sz w:val="40"/>
          <w:szCs w:val="40"/>
          <w:u w:val="single"/>
        </w:rPr>
        <w:lastRenderedPageBreak/>
        <w:t>MISSION STATEMENT</w:t>
      </w:r>
    </w:p>
    <w:p w14:paraId="3EB1731B" w14:textId="77777777" w:rsidR="002360B3" w:rsidRPr="00E973BF" w:rsidRDefault="002360B3" w:rsidP="002360B3">
      <w:pPr>
        <w:spacing w:after="0"/>
        <w:ind w:left="714" w:right="556"/>
        <w:jc w:val="center"/>
        <w:rPr>
          <w:rFonts w:asciiTheme="majorHAnsi" w:hAnsiTheme="majorHAnsi" w:cstheme="majorHAnsi"/>
          <w:sz w:val="32"/>
          <w:szCs w:val="32"/>
        </w:rPr>
      </w:pPr>
      <w:r w:rsidRPr="00E973BF">
        <w:rPr>
          <w:rFonts w:asciiTheme="majorHAnsi" w:hAnsiTheme="majorHAnsi" w:cstheme="majorHAnsi"/>
          <w:sz w:val="32"/>
          <w:szCs w:val="32"/>
        </w:rPr>
        <w:t xml:space="preserve">At Earlsmead Primary School, our mission is to empower every child through </w:t>
      </w:r>
      <w:r w:rsidRPr="00E973BF">
        <w:rPr>
          <w:rFonts w:asciiTheme="majorHAnsi" w:hAnsiTheme="majorHAnsi" w:cstheme="majorHAnsi"/>
          <w:i/>
          <w:sz w:val="32"/>
          <w:szCs w:val="32"/>
        </w:rPr>
        <w:t>Head, Heart, and Hands</w:t>
      </w:r>
      <w:r w:rsidRPr="00E973BF">
        <w:rPr>
          <w:rFonts w:asciiTheme="majorHAnsi" w:hAnsiTheme="majorHAnsi" w:cstheme="majorHAnsi"/>
          <w:sz w:val="32"/>
          <w:szCs w:val="32"/>
        </w:rPr>
        <w:t>. We cultivate curious minds (Head), nurture compassionate spirits (Heart), and develop the practical skills (Hands) needed to thrive in an ever-changing world.</w:t>
      </w:r>
    </w:p>
    <w:p w14:paraId="389999B1" w14:textId="77777777" w:rsidR="002360B3" w:rsidRPr="00E973BF" w:rsidRDefault="002360B3" w:rsidP="002360B3">
      <w:pPr>
        <w:spacing w:after="7" w:line="259" w:lineRule="auto"/>
        <w:rPr>
          <w:rFonts w:asciiTheme="majorHAnsi" w:hAnsiTheme="majorHAnsi" w:cstheme="majorHAnsi"/>
          <w:sz w:val="32"/>
          <w:szCs w:val="32"/>
        </w:rPr>
      </w:pPr>
      <w:r w:rsidRPr="00E973BF">
        <w:rPr>
          <w:rFonts w:asciiTheme="majorHAnsi" w:hAnsiTheme="majorHAnsi" w:cstheme="majorHAnsi"/>
          <w:sz w:val="32"/>
          <w:szCs w:val="32"/>
        </w:rPr>
        <w:t xml:space="preserve"> </w:t>
      </w:r>
    </w:p>
    <w:p w14:paraId="77A9EEB1" w14:textId="77777777" w:rsidR="002360B3" w:rsidRPr="00E973BF" w:rsidRDefault="002360B3" w:rsidP="002360B3">
      <w:pPr>
        <w:spacing w:after="0" w:line="259" w:lineRule="auto"/>
        <w:ind w:left="865" w:right="4"/>
        <w:jc w:val="center"/>
        <w:rPr>
          <w:rFonts w:asciiTheme="majorHAnsi" w:hAnsiTheme="majorHAnsi" w:cstheme="majorHAnsi"/>
          <w:sz w:val="36"/>
          <w:szCs w:val="36"/>
        </w:rPr>
      </w:pPr>
      <w:r w:rsidRPr="00E973BF">
        <w:rPr>
          <w:rFonts w:asciiTheme="majorHAnsi" w:hAnsiTheme="majorHAnsi" w:cstheme="majorHAnsi"/>
          <w:b/>
          <w:color w:val="001F5F"/>
          <w:sz w:val="36"/>
          <w:szCs w:val="36"/>
          <w:u w:val="single" w:color="001F5F"/>
        </w:rPr>
        <w:t>VISION</w:t>
      </w:r>
      <w:r w:rsidRPr="00E973BF">
        <w:rPr>
          <w:rFonts w:asciiTheme="majorHAnsi" w:hAnsiTheme="majorHAnsi" w:cstheme="majorHAnsi"/>
          <w:b/>
          <w:sz w:val="36"/>
          <w:szCs w:val="36"/>
        </w:rPr>
        <w:t xml:space="preserve"> </w:t>
      </w:r>
    </w:p>
    <w:p w14:paraId="4D3702DF" w14:textId="77777777" w:rsidR="002360B3" w:rsidRPr="00E973BF" w:rsidRDefault="002360B3" w:rsidP="002360B3">
      <w:pPr>
        <w:spacing w:after="0" w:line="259" w:lineRule="auto"/>
        <w:ind w:right="558"/>
        <w:jc w:val="center"/>
        <w:rPr>
          <w:rFonts w:asciiTheme="majorHAnsi" w:hAnsiTheme="majorHAnsi" w:cstheme="majorHAnsi"/>
          <w:sz w:val="36"/>
          <w:szCs w:val="36"/>
        </w:rPr>
      </w:pPr>
      <w:r w:rsidRPr="00E973BF">
        <w:rPr>
          <w:rFonts w:asciiTheme="majorHAnsi" w:hAnsiTheme="majorHAnsi" w:cstheme="majorHAnsi"/>
          <w:sz w:val="36"/>
          <w:szCs w:val="36"/>
        </w:rPr>
        <w:t xml:space="preserve">             Everyone achieving their full potential.</w:t>
      </w:r>
    </w:p>
    <w:p w14:paraId="5276078B" w14:textId="77777777" w:rsidR="002360B3" w:rsidRPr="00E973BF" w:rsidRDefault="002360B3" w:rsidP="002360B3">
      <w:pPr>
        <w:spacing w:after="7" w:line="259" w:lineRule="auto"/>
        <w:rPr>
          <w:rFonts w:asciiTheme="majorHAnsi" w:hAnsiTheme="majorHAnsi" w:cstheme="majorHAnsi"/>
          <w:sz w:val="32"/>
          <w:szCs w:val="32"/>
        </w:rPr>
      </w:pPr>
      <w:r w:rsidRPr="00E973BF">
        <w:rPr>
          <w:rFonts w:asciiTheme="majorHAnsi" w:hAnsiTheme="majorHAnsi" w:cstheme="majorHAnsi"/>
          <w:sz w:val="32"/>
          <w:szCs w:val="32"/>
        </w:rPr>
        <w:t xml:space="preserve"> </w:t>
      </w:r>
    </w:p>
    <w:p w14:paraId="150C33DE" w14:textId="03C6D1A1" w:rsidR="002360B3" w:rsidRPr="00E973BF" w:rsidRDefault="002360B3" w:rsidP="002360B3">
      <w:pPr>
        <w:pStyle w:val="Heading1"/>
        <w:spacing w:after="110"/>
        <w:ind w:left="865"/>
        <w:jc w:val="center"/>
        <w:rPr>
          <w:rFonts w:cstheme="majorHAnsi"/>
          <w:color w:val="002060"/>
          <w:sz w:val="36"/>
          <w:szCs w:val="36"/>
          <w:u w:val="single"/>
        </w:rPr>
      </w:pPr>
      <w:r w:rsidRPr="00E973BF">
        <w:rPr>
          <w:rFonts w:cstheme="majorHAnsi"/>
          <w:color w:val="002060"/>
          <w:sz w:val="36"/>
          <w:szCs w:val="36"/>
          <w:u w:val="single"/>
        </w:rPr>
        <w:t>OUR MOTTO</w:t>
      </w:r>
    </w:p>
    <w:p w14:paraId="102E935C" w14:textId="77777777" w:rsidR="002360B3" w:rsidRPr="00E973BF" w:rsidRDefault="002360B3" w:rsidP="002360B3">
      <w:pPr>
        <w:spacing w:after="0" w:line="259" w:lineRule="auto"/>
        <w:ind w:left="849"/>
        <w:jc w:val="center"/>
        <w:rPr>
          <w:rFonts w:asciiTheme="majorHAnsi" w:hAnsiTheme="majorHAnsi" w:cstheme="majorHAnsi"/>
          <w:b/>
          <w:i/>
          <w:sz w:val="40"/>
          <w:szCs w:val="40"/>
        </w:rPr>
      </w:pPr>
      <w:r w:rsidRPr="00E973BF">
        <w:rPr>
          <w:rFonts w:asciiTheme="majorHAnsi" w:hAnsiTheme="majorHAnsi" w:cstheme="majorHAnsi"/>
          <w:b/>
          <w:i/>
          <w:color w:val="001F5F"/>
          <w:sz w:val="40"/>
          <w:szCs w:val="40"/>
        </w:rPr>
        <w:t>Head, Heart and Hands</w:t>
      </w:r>
    </w:p>
    <w:p w14:paraId="65D7DD60" w14:textId="77777777" w:rsidR="002360B3" w:rsidRPr="00FA559D" w:rsidRDefault="002360B3" w:rsidP="002360B3">
      <w:pPr>
        <w:spacing w:after="0" w:line="259" w:lineRule="auto"/>
        <w:ind w:left="849"/>
        <w:jc w:val="both"/>
        <w:rPr>
          <w:rFonts w:asciiTheme="majorHAnsi" w:hAnsiTheme="majorHAnsi" w:cstheme="majorHAnsi"/>
          <w:sz w:val="24"/>
          <w:szCs w:val="24"/>
        </w:rPr>
      </w:pPr>
      <w:r w:rsidRPr="00FA559D">
        <w:rPr>
          <w:rFonts w:asciiTheme="majorHAnsi" w:eastAsia="Calibri" w:hAnsiTheme="majorHAnsi" w:cstheme="majorHAnsi"/>
          <w:noProof/>
          <w:sz w:val="24"/>
          <w:szCs w:val="24"/>
        </w:rPr>
        <mc:AlternateContent>
          <mc:Choice Requires="wpg">
            <w:drawing>
              <wp:anchor distT="0" distB="0" distL="114300" distR="114300" simplePos="0" relativeHeight="251659264" behindDoc="0" locked="0" layoutInCell="1" allowOverlap="1" wp14:anchorId="1A8EB615" wp14:editId="6FEBF35B">
                <wp:simplePos x="0" y="0"/>
                <wp:positionH relativeFrom="column">
                  <wp:posOffset>2596211</wp:posOffset>
                </wp:positionH>
                <wp:positionV relativeFrom="paragraph">
                  <wp:posOffset>172720</wp:posOffset>
                </wp:positionV>
                <wp:extent cx="1912620" cy="1793240"/>
                <wp:effectExtent l="19050" t="19050" r="11430" b="16510"/>
                <wp:wrapThrough wrapText="bothSides">
                  <wp:wrapPolygon edited="0">
                    <wp:start x="-215" y="-229"/>
                    <wp:lineTo x="-215" y="21569"/>
                    <wp:lineTo x="21514" y="21569"/>
                    <wp:lineTo x="21514" y="-229"/>
                    <wp:lineTo x="-215" y="-229"/>
                  </wp:wrapPolygon>
                </wp:wrapThrough>
                <wp:docPr id="10904" name="Group 10904"/>
                <wp:cNvGraphicFramePr/>
                <a:graphic xmlns:a="http://schemas.openxmlformats.org/drawingml/2006/main">
                  <a:graphicData uri="http://schemas.microsoft.com/office/word/2010/wordprocessingGroup">
                    <wpg:wgp>
                      <wpg:cNvGrpSpPr/>
                      <wpg:grpSpPr>
                        <a:xfrm>
                          <a:off x="0" y="0"/>
                          <a:ext cx="1912620" cy="1793240"/>
                          <a:chOff x="0" y="0"/>
                          <a:chExt cx="1704721" cy="1609725"/>
                        </a:xfrm>
                      </wpg:grpSpPr>
                      <pic:pic xmlns:pic="http://schemas.openxmlformats.org/drawingml/2006/picture">
                        <pic:nvPicPr>
                          <pic:cNvPr id="397" name="Picture 397"/>
                          <pic:cNvPicPr/>
                        </pic:nvPicPr>
                        <pic:blipFill>
                          <a:blip r:embed="rId10"/>
                          <a:stretch>
                            <a:fillRect/>
                          </a:stretch>
                        </pic:blipFill>
                        <pic:spPr>
                          <a:xfrm>
                            <a:off x="39751" y="19050"/>
                            <a:ext cx="1625219" cy="1567434"/>
                          </a:xfrm>
                          <a:prstGeom prst="rect">
                            <a:avLst/>
                          </a:prstGeom>
                        </pic:spPr>
                      </pic:pic>
                      <wps:wsp>
                        <wps:cNvPr id="398" name="Shape 398"/>
                        <wps:cNvSpPr/>
                        <wps:spPr>
                          <a:xfrm>
                            <a:off x="0" y="0"/>
                            <a:ext cx="1704721" cy="1609725"/>
                          </a:xfrm>
                          <a:custGeom>
                            <a:avLst/>
                            <a:gdLst/>
                            <a:ahLst/>
                            <a:cxnLst/>
                            <a:rect l="0" t="0" r="0" b="0"/>
                            <a:pathLst>
                              <a:path w="1704721" h="1609725">
                                <a:moveTo>
                                  <a:pt x="0" y="1609725"/>
                                </a:moveTo>
                                <a:lnTo>
                                  <a:pt x="1704721" y="1609725"/>
                                </a:lnTo>
                                <a:lnTo>
                                  <a:pt x="1704721" y="0"/>
                                </a:lnTo>
                                <a:lnTo>
                                  <a:pt x="0" y="0"/>
                                </a:lnTo>
                                <a:close/>
                              </a:path>
                            </a:pathLst>
                          </a:custGeom>
                          <a:ln w="38099" cap="flat">
                            <a:round/>
                          </a:ln>
                        </wps:spPr>
                        <wps:style>
                          <a:lnRef idx="1">
                            <a:srgbClr val="006FC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A970A82" id="Group 10904" o:spid="_x0000_s1026" style="position:absolute;margin-left:204.45pt;margin-top:13.6pt;width:150.6pt;height:141.2pt;z-index:251659264" coordsize="17047,16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">
                <v:shape id="Picture 397" o:spid="_x0000_s1027" type="#_x0000_t75" style="position:absolute;left:397;top:190;width:16252;height:15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">
                  <v:imagedata r:id="rId11" o:title=""/>
                </v:shape>
                <v:shape id="Shape 398" o:spid="_x0000_s1028" style="position:absolute;width:17047;height:16097;visibility:visible;mso-wrap-style:square;v-text-anchor:top" coordsize="1704721,160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" path="m,1609725r1704721,l1704721,,,,,1609725xe" filled="f" strokecolor="#006dc0" strokeweight="1.0583mm">
                  <v:path arrowok="t" textboxrect="0,0,1704721,1609725"/>
                </v:shape>
                <w10:wrap type="through"/>
              </v:group>
            </w:pict>
          </mc:Fallback>
        </mc:AlternateContent>
      </w:r>
    </w:p>
    <w:tbl>
      <w:tblPr>
        <w:tblStyle w:val="TableGrid0"/>
        <w:tblpPr w:vertAnchor="page" w:horzAnchor="margin" w:tblpY="10118"/>
        <w:tblOverlap w:val="never"/>
        <w:tblW w:w="9619" w:type="dxa"/>
        <w:tblInd w:w="0" w:type="dxa"/>
        <w:tblLook w:val="04A0" w:firstRow="1" w:lastRow="0" w:firstColumn="1" w:lastColumn="0" w:noHBand="0" w:noVBand="1"/>
      </w:tblPr>
      <w:tblGrid>
        <w:gridCol w:w="3608"/>
        <w:gridCol w:w="6011"/>
      </w:tblGrid>
      <w:tr w:rsidR="002360B3" w:rsidRPr="00FA559D" w14:paraId="1AA614F7" w14:textId="77777777" w:rsidTr="00E973BF">
        <w:trPr>
          <w:trHeight w:val="2142"/>
        </w:trPr>
        <w:tc>
          <w:tcPr>
            <w:tcW w:w="3608" w:type="dxa"/>
            <w:tcBorders>
              <w:top w:val="nil"/>
              <w:left w:val="nil"/>
              <w:bottom w:val="nil"/>
              <w:right w:val="nil"/>
            </w:tcBorders>
          </w:tcPr>
          <w:p w14:paraId="2554AB7B" w14:textId="77777777" w:rsidR="002360B3" w:rsidRPr="00E973BF" w:rsidRDefault="002360B3" w:rsidP="00E973BF">
            <w:pPr>
              <w:spacing w:after="0" w:line="259" w:lineRule="auto"/>
              <w:rPr>
                <w:rFonts w:asciiTheme="majorHAnsi" w:hAnsiTheme="majorHAnsi" w:cstheme="majorHAnsi"/>
                <w:sz w:val="32"/>
                <w:szCs w:val="32"/>
              </w:rPr>
            </w:pPr>
            <w:r w:rsidRPr="00E973BF">
              <w:rPr>
                <w:rFonts w:asciiTheme="majorHAnsi" w:hAnsiTheme="majorHAnsi" w:cstheme="majorHAnsi"/>
                <w:b/>
                <w:i/>
                <w:sz w:val="32"/>
                <w:szCs w:val="32"/>
              </w:rPr>
              <w:t xml:space="preserve"> </w:t>
            </w:r>
          </w:p>
          <w:p w14:paraId="3C434DF9" w14:textId="77777777" w:rsidR="002360B3" w:rsidRPr="00E973BF" w:rsidRDefault="002360B3" w:rsidP="00E973BF">
            <w:pPr>
              <w:spacing w:after="316" w:line="259" w:lineRule="auto"/>
              <w:rPr>
                <w:rFonts w:asciiTheme="majorHAnsi" w:hAnsiTheme="majorHAnsi" w:cstheme="majorHAnsi"/>
                <w:sz w:val="32"/>
                <w:szCs w:val="32"/>
              </w:rPr>
            </w:pPr>
            <w:r w:rsidRPr="00E973BF">
              <w:rPr>
                <w:rFonts w:asciiTheme="majorHAnsi" w:hAnsiTheme="majorHAnsi" w:cstheme="majorHAnsi"/>
                <w:b/>
                <w:i/>
                <w:sz w:val="32"/>
                <w:szCs w:val="32"/>
              </w:rPr>
              <w:t xml:space="preserve"> </w:t>
            </w:r>
          </w:p>
          <w:p w14:paraId="7D131D73" w14:textId="77777777" w:rsidR="002360B3" w:rsidRPr="00E973BF" w:rsidRDefault="002360B3" w:rsidP="00E973BF">
            <w:pPr>
              <w:spacing w:after="167" w:line="259" w:lineRule="auto"/>
              <w:rPr>
                <w:rFonts w:asciiTheme="majorHAnsi" w:hAnsiTheme="majorHAnsi" w:cstheme="majorHAnsi"/>
                <w:sz w:val="32"/>
                <w:szCs w:val="32"/>
              </w:rPr>
            </w:pPr>
            <w:r w:rsidRPr="00E973BF">
              <w:rPr>
                <w:rFonts w:asciiTheme="majorHAnsi" w:hAnsiTheme="majorHAnsi" w:cstheme="majorHAnsi"/>
                <w:b/>
                <w:i/>
                <w:sz w:val="32"/>
                <w:szCs w:val="32"/>
              </w:rPr>
              <w:t xml:space="preserve"> </w:t>
            </w:r>
          </w:p>
          <w:p w14:paraId="615DB65E" w14:textId="77777777" w:rsidR="002360B3" w:rsidRPr="00E973BF" w:rsidRDefault="002360B3" w:rsidP="00E973BF">
            <w:pPr>
              <w:spacing w:after="0" w:line="259" w:lineRule="auto"/>
              <w:rPr>
                <w:rFonts w:asciiTheme="majorHAnsi" w:hAnsiTheme="majorHAnsi" w:cstheme="majorHAnsi"/>
                <w:sz w:val="32"/>
                <w:szCs w:val="32"/>
              </w:rPr>
            </w:pPr>
            <w:r w:rsidRPr="00E973BF">
              <w:rPr>
                <w:rFonts w:asciiTheme="majorHAnsi" w:hAnsiTheme="majorHAnsi" w:cstheme="majorHAnsi"/>
                <w:b/>
                <w:sz w:val="32"/>
                <w:szCs w:val="32"/>
              </w:rPr>
              <w:t xml:space="preserve"> </w:t>
            </w:r>
          </w:p>
        </w:tc>
        <w:tc>
          <w:tcPr>
            <w:tcW w:w="6011" w:type="dxa"/>
            <w:tcBorders>
              <w:top w:val="nil"/>
              <w:left w:val="nil"/>
              <w:bottom w:val="nil"/>
              <w:right w:val="nil"/>
            </w:tcBorders>
            <w:vAlign w:val="bottom"/>
          </w:tcPr>
          <w:p w14:paraId="632A1C12" w14:textId="77777777" w:rsidR="002360B3" w:rsidRPr="00E973BF" w:rsidRDefault="002360B3" w:rsidP="00E973BF">
            <w:pPr>
              <w:spacing w:after="0" w:line="259" w:lineRule="auto"/>
              <w:rPr>
                <w:rFonts w:asciiTheme="majorHAnsi" w:hAnsiTheme="majorHAnsi" w:cstheme="majorHAnsi"/>
                <w:b/>
                <w:color w:val="001F5F"/>
                <w:sz w:val="32"/>
                <w:szCs w:val="32"/>
                <w:u w:val="single" w:color="001F5F"/>
              </w:rPr>
            </w:pPr>
            <w:r w:rsidRPr="00E973BF">
              <w:rPr>
                <w:rFonts w:asciiTheme="majorHAnsi" w:hAnsiTheme="majorHAnsi" w:cstheme="majorHAnsi"/>
                <w:b/>
                <w:color w:val="001F5F"/>
                <w:sz w:val="32"/>
                <w:szCs w:val="32"/>
                <w:u w:color="001F5F"/>
              </w:rPr>
              <w:t xml:space="preserve">          </w:t>
            </w:r>
            <w:r w:rsidRPr="00E973BF">
              <w:rPr>
                <w:rFonts w:asciiTheme="majorHAnsi" w:hAnsiTheme="majorHAnsi" w:cstheme="majorHAnsi"/>
                <w:b/>
                <w:color w:val="001F5F"/>
                <w:sz w:val="36"/>
                <w:szCs w:val="36"/>
                <w:u w:val="single" w:color="001F5F"/>
              </w:rPr>
              <w:t>OUR VALUES</w:t>
            </w:r>
          </w:p>
          <w:p w14:paraId="6183DC44" w14:textId="77777777" w:rsidR="002360B3" w:rsidRPr="00E973BF" w:rsidRDefault="002360B3" w:rsidP="00E973BF">
            <w:pPr>
              <w:spacing w:after="0" w:line="259" w:lineRule="auto"/>
              <w:jc w:val="center"/>
              <w:rPr>
                <w:rFonts w:asciiTheme="majorHAnsi" w:hAnsiTheme="majorHAnsi" w:cstheme="majorHAnsi"/>
                <w:sz w:val="32"/>
                <w:szCs w:val="32"/>
              </w:rPr>
            </w:pPr>
          </w:p>
        </w:tc>
      </w:tr>
      <w:tr w:rsidR="002360B3" w:rsidRPr="00FA559D" w14:paraId="779FD6B6" w14:textId="77777777" w:rsidTr="00E973BF">
        <w:trPr>
          <w:trHeight w:val="547"/>
        </w:trPr>
        <w:tc>
          <w:tcPr>
            <w:tcW w:w="3608" w:type="dxa"/>
            <w:tcBorders>
              <w:top w:val="nil"/>
              <w:left w:val="nil"/>
              <w:bottom w:val="nil"/>
              <w:right w:val="nil"/>
            </w:tcBorders>
          </w:tcPr>
          <w:p w14:paraId="707F0FA9" w14:textId="77777777" w:rsidR="002360B3" w:rsidRPr="00E973BF" w:rsidRDefault="002360B3" w:rsidP="00E973BF">
            <w:pPr>
              <w:spacing w:after="0" w:line="259" w:lineRule="auto"/>
              <w:ind w:left="2168"/>
              <w:rPr>
                <w:rFonts w:asciiTheme="majorHAnsi" w:hAnsiTheme="majorHAnsi" w:cstheme="majorHAnsi"/>
                <w:sz w:val="32"/>
                <w:szCs w:val="32"/>
              </w:rPr>
            </w:pPr>
            <w:r w:rsidRPr="00E973BF">
              <w:rPr>
                <w:rFonts w:asciiTheme="majorHAnsi" w:hAnsiTheme="majorHAnsi" w:cstheme="majorHAnsi"/>
                <w:b/>
                <w:sz w:val="32"/>
                <w:szCs w:val="32"/>
              </w:rPr>
              <w:t xml:space="preserve">Head: </w:t>
            </w:r>
          </w:p>
        </w:tc>
        <w:tc>
          <w:tcPr>
            <w:tcW w:w="6011" w:type="dxa"/>
            <w:tcBorders>
              <w:top w:val="nil"/>
              <w:left w:val="nil"/>
              <w:bottom w:val="nil"/>
              <w:right w:val="nil"/>
            </w:tcBorders>
          </w:tcPr>
          <w:p w14:paraId="5588AE9E" w14:textId="3419DDF2" w:rsidR="002360B3" w:rsidRPr="00E973BF" w:rsidRDefault="002360B3" w:rsidP="00E973BF">
            <w:pPr>
              <w:tabs>
                <w:tab w:val="right" w:pos="6010"/>
              </w:tabs>
              <w:spacing w:after="0" w:line="259" w:lineRule="auto"/>
              <w:rPr>
                <w:rFonts w:asciiTheme="majorHAnsi" w:hAnsiTheme="majorHAnsi" w:cstheme="majorHAnsi"/>
                <w:sz w:val="32"/>
                <w:szCs w:val="32"/>
              </w:rPr>
            </w:pPr>
            <w:r w:rsidRPr="00E973BF">
              <w:rPr>
                <w:rFonts w:asciiTheme="majorHAnsi" w:hAnsiTheme="majorHAnsi" w:cstheme="majorHAnsi"/>
                <w:b/>
                <w:sz w:val="32"/>
                <w:szCs w:val="32"/>
              </w:rPr>
              <w:t xml:space="preserve">1. </w:t>
            </w:r>
            <w:r w:rsidRPr="00E973BF">
              <w:rPr>
                <w:rFonts w:asciiTheme="majorHAnsi" w:hAnsiTheme="majorHAnsi" w:cstheme="majorHAnsi"/>
                <w:b/>
                <w:color w:val="00AFEF"/>
                <w:sz w:val="32"/>
                <w:szCs w:val="32"/>
              </w:rPr>
              <w:t>Curiosity</w:t>
            </w:r>
            <w:r w:rsidRPr="00E973BF">
              <w:rPr>
                <w:rFonts w:asciiTheme="majorHAnsi" w:hAnsiTheme="majorHAnsi" w:cstheme="majorHAnsi"/>
                <w:b/>
                <w:sz w:val="32"/>
                <w:szCs w:val="32"/>
              </w:rPr>
              <w:t xml:space="preserve"> </w:t>
            </w:r>
            <w:r w:rsidR="00E973BF">
              <w:rPr>
                <w:rFonts w:asciiTheme="majorHAnsi" w:hAnsiTheme="majorHAnsi" w:cstheme="majorHAnsi"/>
                <w:b/>
                <w:sz w:val="32"/>
                <w:szCs w:val="32"/>
              </w:rPr>
              <w:t xml:space="preserve">                             </w:t>
            </w:r>
            <w:r w:rsidRPr="00E973BF">
              <w:rPr>
                <w:rFonts w:asciiTheme="majorHAnsi" w:hAnsiTheme="majorHAnsi" w:cstheme="majorHAnsi"/>
                <w:b/>
                <w:sz w:val="32"/>
                <w:szCs w:val="32"/>
              </w:rPr>
              <w:t xml:space="preserve">2. </w:t>
            </w:r>
            <w:r w:rsidRPr="00E973BF">
              <w:rPr>
                <w:rFonts w:asciiTheme="majorHAnsi" w:hAnsiTheme="majorHAnsi" w:cstheme="majorHAnsi"/>
                <w:b/>
                <w:color w:val="00AFEF"/>
                <w:sz w:val="32"/>
                <w:szCs w:val="32"/>
              </w:rPr>
              <w:t>Achievement</w:t>
            </w:r>
            <w:r w:rsidRPr="00E973BF">
              <w:rPr>
                <w:rFonts w:asciiTheme="majorHAnsi" w:hAnsiTheme="majorHAnsi" w:cstheme="majorHAnsi"/>
                <w:b/>
                <w:sz w:val="32"/>
                <w:szCs w:val="32"/>
              </w:rPr>
              <w:t xml:space="preserve"> </w:t>
            </w:r>
          </w:p>
        </w:tc>
      </w:tr>
      <w:tr w:rsidR="002360B3" w:rsidRPr="00FA559D" w14:paraId="2ECADA7A" w14:textId="77777777" w:rsidTr="00E973BF">
        <w:trPr>
          <w:trHeight w:val="727"/>
        </w:trPr>
        <w:tc>
          <w:tcPr>
            <w:tcW w:w="3608" w:type="dxa"/>
            <w:tcBorders>
              <w:top w:val="nil"/>
              <w:left w:val="nil"/>
              <w:bottom w:val="nil"/>
              <w:right w:val="nil"/>
            </w:tcBorders>
            <w:vAlign w:val="center"/>
          </w:tcPr>
          <w:p w14:paraId="49FCF2DC" w14:textId="77777777" w:rsidR="002360B3" w:rsidRPr="00E973BF" w:rsidRDefault="002360B3" w:rsidP="00E973BF">
            <w:pPr>
              <w:spacing w:after="0" w:line="259" w:lineRule="auto"/>
              <w:ind w:left="2168"/>
              <w:rPr>
                <w:rFonts w:asciiTheme="majorHAnsi" w:hAnsiTheme="majorHAnsi" w:cstheme="majorHAnsi"/>
                <w:sz w:val="32"/>
                <w:szCs w:val="32"/>
              </w:rPr>
            </w:pPr>
            <w:r w:rsidRPr="00E973BF">
              <w:rPr>
                <w:rFonts w:asciiTheme="majorHAnsi" w:hAnsiTheme="majorHAnsi" w:cstheme="majorHAnsi"/>
                <w:b/>
                <w:sz w:val="32"/>
                <w:szCs w:val="32"/>
              </w:rPr>
              <w:t xml:space="preserve">Heart: </w:t>
            </w:r>
          </w:p>
        </w:tc>
        <w:tc>
          <w:tcPr>
            <w:tcW w:w="6011" w:type="dxa"/>
            <w:tcBorders>
              <w:top w:val="nil"/>
              <w:left w:val="nil"/>
              <w:bottom w:val="nil"/>
              <w:right w:val="nil"/>
            </w:tcBorders>
            <w:vAlign w:val="center"/>
          </w:tcPr>
          <w:p w14:paraId="07FDCDBF" w14:textId="77777777" w:rsidR="002360B3" w:rsidRPr="00E973BF" w:rsidRDefault="002360B3" w:rsidP="00E973BF">
            <w:pPr>
              <w:tabs>
                <w:tab w:val="center" w:pos="4125"/>
              </w:tabs>
              <w:spacing w:after="0" w:line="259" w:lineRule="auto"/>
              <w:rPr>
                <w:rFonts w:asciiTheme="majorHAnsi" w:hAnsiTheme="majorHAnsi" w:cstheme="majorHAnsi"/>
                <w:sz w:val="32"/>
                <w:szCs w:val="32"/>
              </w:rPr>
            </w:pPr>
            <w:r w:rsidRPr="00E973BF">
              <w:rPr>
                <w:rFonts w:asciiTheme="majorHAnsi" w:hAnsiTheme="majorHAnsi" w:cstheme="majorHAnsi"/>
                <w:b/>
                <w:sz w:val="32"/>
                <w:szCs w:val="32"/>
              </w:rPr>
              <w:t xml:space="preserve">3. </w:t>
            </w:r>
            <w:r w:rsidRPr="00E973BF">
              <w:rPr>
                <w:rFonts w:asciiTheme="majorHAnsi" w:hAnsiTheme="majorHAnsi" w:cstheme="majorHAnsi"/>
                <w:b/>
                <w:color w:val="00AFEF"/>
                <w:sz w:val="32"/>
                <w:szCs w:val="32"/>
              </w:rPr>
              <w:t>Integrity</w:t>
            </w:r>
            <w:r w:rsidRPr="00E973BF">
              <w:rPr>
                <w:rFonts w:asciiTheme="majorHAnsi" w:hAnsiTheme="majorHAnsi" w:cstheme="majorHAnsi"/>
                <w:b/>
                <w:sz w:val="32"/>
                <w:szCs w:val="32"/>
              </w:rPr>
              <w:t xml:space="preserve"> </w:t>
            </w:r>
            <w:r w:rsidRPr="00E973BF">
              <w:rPr>
                <w:rFonts w:asciiTheme="majorHAnsi" w:hAnsiTheme="majorHAnsi" w:cstheme="majorHAnsi"/>
                <w:b/>
                <w:sz w:val="32"/>
                <w:szCs w:val="32"/>
              </w:rPr>
              <w:tab/>
              <w:t xml:space="preserve">4. </w:t>
            </w:r>
            <w:r w:rsidRPr="00E973BF">
              <w:rPr>
                <w:rFonts w:asciiTheme="majorHAnsi" w:hAnsiTheme="majorHAnsi" w:cstheme="majorHAnsi"/>
                <w:b/>
                <w:color w:val="00AFEF"/>
                <w:sz w:val="32"/>
                <w:szCs w:val="32"/>
              </w:rPr>
              <w:t>Care</w:t>
            </w:r>
            <w:r w:rsidRPr="00E973BF">
              <w:rPr>
                <w:rFonts w:asciiTheme="majorHAnsi" w:hAnsiTheme="majorHAnsi" w:cstheme="majorHAnsi"/>
                <w:b/>
                <w:sz w:val="32"/>
                <w:szCs w:val="32"/>
              </w:rPr>
              <w:t xml:space="preserve"> </w:t>
            </w:r>
          </w:p>
        </w:tc>
      </w:tr>
      <w:tr w:rsidR="002360B3" w:rsidRPr="00FA559D" w14:paraId="15AFF675" w14:textId="77777777" w:rsidTr="00E973BF">
        <w:trPr>
          <w:trHeight w:val="535"/>
        </w:trPr>
        <w:tc>
          <w:tcPr>
            <w:tcW w:w="3608" w:type="dxa"/>
            <w:tcBorders>
              <w:top w:val="nil"/>
              <w:left w:val="nil"/>
              <w:bottom w:val="nil"/>
              <w:right w:val="nil"/>
            </w:tcBorders>
            <w:vAlign w:val="bottom"/>
          </w:tcPr>
          <w:p w14:paraId="372C35BD" w14:textId="77777777" w:rsidR="002360B3" w:rsidRPr="00E973BF" w:rsidRDefault="002360B3" w:rsidP="00E973BF">
            <w:pPr>
              <w:spacing w:after="0" w:line="259" w:lineRule="auto"/>
              <w:ind w:right="367"/>
              <w:jc w:val="right"/>
              <w:rPr>
                <w:rFonts w:asciiTheme="majorHAnsi" w:hAnsiTheme="majorHAnsi" w:cstheme="majorHAnsi"/>
                <w:sz w:val="32"/>
                <w:szCs w:val="32"/>
              </w:rPr>
            </w:pPr>
            <w:r w:rsidRPr="00E973BF">
              <w:rPr>
                <w:rFonts w:asciiTheme="majorHAnsi" w:hAnsiTheme="majorHAnsi" w:cstheme="majorHAnsi"/>
                <w:b/>
                <w:sz w:val="32"/>
                <w:szCs w:val="32"/>
              </w:rPr>
              <w:t xml:space="preserve">Hands: </w:t>
            </w:r>
          </w:p>
        </w:tc>
        <w:tc>
          <w:tcPr>
            <w:tcW w:w="6011" w:type="dxa"/>
            <w:tcBorders>
              <w:top w:val="nil"/>
              <w:left w:val="nil"/>
              <w:bottom w:val="nil"/>
              <w:right w:val="nil"/>
            </w:tcBorders>
            <w:vAlign w:val="bottom"/>
          </w:tcPr>
          <w:p w14:paraId="36166F13" w14:textId="77777777" w:rsidR="002360B3" w:rsidRPr="00E973BF" w:rsidRDefault="002360B3" w:rsidP="00E973BF">
            <w:pPr>
              <w:tabs>
                <w:tab w:val="center" w:pos="4496"/>
              </w:tabs>
              <w:spacing w:after="0" w:line="259" w:lineRule="auto"/>
              <w:rPr>
                <w:rFonts w:asciiTheme="majorHAnsi" w:hAnsiTheme="majorHAnsi" w:cstheme="majorHAnsi"/>
                <w:sz w:val="32"/>
                <w:szCs w:val="32"/>
              </w:rPr>
            </w:pPr>
            <w:r w:rsidRPr="00E973BF">
              <w:rPr>
                <w:rFonts w:asciiTheme="majorHAnsi" w:hAnsiTheme="majorHAnsi" w:cstheme="majorHAnsi"/>
                <w:b/>
                <w:sz w:val="32"/>
                <w:szCs w:val="32"/>
              </w:rPr>
              <w:t xml:space="preserve">5. </w:t>
            </w:r>
            <w:r w:rsidRPr="00E973BF">
              <w:rPr>
                <w:rFonts w:asciiTheme="majorHAnsi" w:hAnsiTheme="majorHAnsi" w:cstheme="majorHAnsi"/>
                <w:b/>
                <w:color w:val="00AFEF"/>
                <w:sz w:val="32"/>
                <w:szCs w:val="32"/>
              </w:rPr>
              <w:t>Collaboration</w:t>
            </w:r>
            <w:r w:rsidRPr="00E973BF">
              <w:rPr>
                <w:rFonts w:asciiTheme="majorHAnsi" w:hAnsiTheme="majorHAnsi" w:cstheme="majorHAnsi"/>
                <w:b/>
                <w:sz w:val="32"/>
                <w:szCs w:val="32"/>
              </w:rPr>
              <w:t xml:space="preserve"> </w:t>
            </w:r>
            <w:r w:rsidRPr="00E973BF">
              <w:rPr>
                <w:rFonts w:asciiTheme="majorHAnsi" w:hAnsiTheme="majorHAnsi" w:cstheme="majorHAnsi"/>
                <w:b/>
                <w:sz w:val="32"/>
                <w:szCs w:val="32"/>
              </w:rPr>
              <w:tab/>
              <w:t xml:space="preserve">6. </w:t>
            </w:r>
            <w:r w:rsidRPr="00E973BF">
              <w:rPr>
                <w:rFonts w:asciiTheme="majorHAnsi" w:hAnsiTheme="majorHAnsi" w:cstheme="majorHAnsi"/>
                <w:b/>
                <w:color w:val="00AFEF"/>
                <w:sz w:val="32"/>
                <w:szCs w:val="32"/>
              </w:rPr>
              <w:t>Creativity</w:t>
            </w:r>
            <w:r w:rsidRPr="00E973BF">
              <w:rPr>
                <w:rFonts w:asciiTheme="majorHAnsi" w:hAnsiTheme="majorHAnsi" w:cstheme="majorHAnsi"/>
                <w:b/>
                <w:sz w:val="32"/>
                <w:szCs w:val="32"/>
              </w:rPr>
              <w:t xml:space="preserve"> </w:t>
            </w:r>
          </w:p>
        </w:tc>
      </w:tr>
    </w:tbl>
    <w:p w14:paraId="552215F4" w14:textId="77777777" w:rsidR="002360B3" w:rsidRPr="00FA559D" w:rsidRDefault="002360B3">
      <w:pPr>
        <w:pStyle w:val="Heading1"/>
        <w:rPr>
          <w:rFonts w:cstheme="majorHAnsi"/>
          <w:b w:val="0"/>
          <w:bCs w:val="0"/>
          <w:color w:val="auto"/>
          <w:sz w:val="24"/>
          <w:szCs w:val="24"/>
        </w:rPr>
      </w:pPr>
      <w:r w:rsidRPr="00FA559D">
        <w:rPr>
          <w:rFonts w:cstheme="majorHAnsi"/>
          <w:b w:val="0"/>
          <w:bCs w:val="0"/>
          <w:color w:val="auto"/>
          <w:sz w:val="24"/>
          <w:szCs w:val="24"/>
        </w:rPr>
        <w:lastRenderedPageBreak/>
        <w:t xml:space="preserve">The arrangements made for introducing a new employee are vital. Induction arrangements help to ensure that a new member of the school community settles in well. It is a tool to enable the staff member to meet the demands of the role successfully. </w:t>
      </w:r>
    </w:p>
    <w:p w14:paraId="009062A6" w14:textId="77777777" w:rsidR="002360B3" w:rsidRPr="00FA559D" w:rsidRDefault="002360B3">
      <w:pPr>
        <w:pStyle w:val="Heading1"/>
        <w:rPr>
          <w:rFonts w:cstheme="majorHAnsi"/>
          <w:b w:val="0"/>
          <w:bCs w:val="0"/>
          <w:color w:val="auto"/>
          <w:sz w:val="24"/>
          <w:szCs w:val="24"/>
        </w:rPr>
      </w:pPr>
      <w:r w:rsidRPr="00FA559D">
        <w:rPr>
          <w:rFonts w:cstheme="majorHAnsi"/>
          <w:b w:val="0"/>
          <w:bCs w:val="0"/>
          <w:color w:val="auto"/>
          <w:sz w:val="24"/>
          <w:szCs w:val="24"/>
        </w:rPr>
        <w:t xml:space="preserve">The Induction Programme is designed to help ECTs become familiar with the requirements of the role to enable them to have a good understanding of the culture, aims and ethos of the school and its community, with the overall outcome being that those individuals become as knowledgeable and confident as quickly as possible. </w:t>
      </w:r>
    </w:p>
    <w:p w14:paraId="3DAE60E8" w14:textId="17B11C1E" w:rsidR="002360B3" w:rsidRPr="00FA559D" w:rsidRDefault="002360B3">
      <w:pPr>
        <w:pStyle w:val="Heading1"/>
        <w:rPr>
          <w:rFonts w:cstheme="majorHAnsi"/>
          <w:b w:val="0"/>
          <w:bCs w:val="0"/>
          <w:color w:val="auto"/>
          <w:sz w:val="24"/>
          <w:szCs w:val="24"/>
        </w:rPr>
      </w:pPr>
      <w:r w:rsidRPr="00FA559D">
        <w:rPr>
          <w:rFonts w:cstheme="majorHAnsi"/>
          <w:b w:val="0"/>
          <w:bCs w:val="0"/>
          <w:color w:val="auto"/>
          <w:sz w:val="24"/>
          <w:szCs w:val="24"/>
        </w:rPr>
        <w:t>Induction involves all members of the school community; it is not the responsibility of just one person, but the whole Team. Earlsmead expects that all staff members will support those who are new, and that all new members of the team will be proactive in asking for information should they need it.</w:t>
      </w:r>
    </w:p>
    <w:p w14:paraId="2D933D49" w14:textId="7C5400C4" w:rsidR="0047214F" w:rsidRPr="00FA559D" w:rsidRDefault="00804A10">
      <w:pPr>
        <w:pStyle w:val="Heading1"/>
        <w:rPr>
          <w:rFonts w:cstheme="majorHAnsi"/>
          <w:sz w:val="24"/>
          <w:szCs w:val="24"/>
        </w:rPr>
      </w:pPr>
      <w:r w:rsidRPr="00FA559D">
        <w:rPr>
          <w:rFonts w:cstheme="majorHAnsi"/>
          <w:sz w:val="24"/>
          <w:szCs w:val="24"/>
        </w:rPr>
        <w:t>The Induction Programme</w:t>
      </w:r>
    </w:p>
    <w:p w14:paraId="04A2E80C"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The person responsible for induction should ensure that they, or someone else identified within the organisation, provide a personal induction programme. This will include:</w:t>
      </w:r>
    </w:p>
    <w:p w14:paraId="198C169F" w14:textId="43181C30" w:rsidR="0047214F" w:rsidRPr="00FA559D" w:rsidRDefault="00804A10" w:rsidP="002360B3">
      <w:pPr>
        <w:pStyle w:val="ListBullet"/>
        <w:rPr>
          <w:rFonts w:asciiTheme="majorHAnsi" w:hAnsiTheme="majorHAnsi" w:cstheme="majorHAnsi"/>
          <w:sz w:val="24"/>
          <w:szCs w:val="24"/>
        </w:rPr>
      </w:pPr>
      <w:r w:rsidRPr="00FA559D">
        <w:rPr>
          <w:rFonts w:asciiTheme="majorHAnsi" w:hAnsiTheme="majorHAnsi" w:cstheme="majorHAnsi"/>
          <w:sz w:val="24"/>
          <w:szCs w:val="24"/>
        </w:rPr>
        <w:t>Child Protection, Safeguarding and Prevent information, including Part One: Keeping Children</w:t>
      </w:r>
      <w:r w:rsidR="002360B3" w:rsidRPr="00FA559D">
        <w:rPr>
          <w:rFonts w:asciiTheme="majorHAnsi" w:hAnsiTheme="majorHAnsi" w:cstheme="majorHAnsi"/>
          <w:sz w:val="24"/>
          <w:szCs w:val="24"/>
        </w:rPr>
        <w:t xml:space="preserve"> s</w:t>
      </w:r>
      <w:r w:rsidRPr="00FA559D">
        <w:rPr>
          <w:rFonts w:asciiTheme="majorHAnsi" w:hAnsiTheme="majorHAnsi" w:cstheme="majorHAnsi"/>
          <w:sz w:val="24"/>
          <w:szCs w:val="24"/>
        </w:rPr>
        <w:t>afe document.</w:t>
      </w:r>
    </w:p>
    <w:p w14:paraId="2E4C8DEE"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Health and Safety Procedures.</w:t>
      </w:r>
    </w:p>
    <w:p w14:paraId="49EDB7D4"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A checklist of key policies that need to be read and understood.</w:t>
      </w:r>
    </w:p>
    <w:p w14:paraId="3FB22E16"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A diary of key events for the academic year.</w:t>
      </w:r>
    </w:p>
    <w:p w14:paraId="319ED550"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Who their mentor, buddy or supervisor will be.</w:t>
      </w:r>
    </w:p>
    <w:p w14:paraId="356A374E" w14:textId="77777777" w:rsidR="0047214F" w:rsidRPr="00FA559D" w:rsidRDefault="00804A10">
      <w:pPr>
        <w:pStyle w:val="Heading1"/>
        <w:rPr>
          <w:rFonts w:cstheme="majorHAnsi"/>
          <w:sz w:val="24"/>
          <w:szCs w:val="24"/>
        </w:rPr>
      </w:pPr>
      <w:r w:rsidRPr="00FA559D">
        <w:rPr>
          <w:rFonts w:cstheme="majorHAnsi"/>
          <w:sz w:val="24"/>
          <w:szCs w:val="24"/>
        </w:rPr>
        <w:t>Statutory Guidance on ECT Induction</w:t>
      </w:r>
    </w:p>
    <w:p w14:paraId="46D86BA0"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Although Early career teachers (ECTs) undergoing induction in maintained schools are exempt from the appraisal regulations, they are entitled to support and to have their progress reviewed.</w:t>
      </w:r>
    </w:p>
    <w:p w14:paraId="77A5AD1E"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The Department for Education (DfE) has published statutory guidance on the induction of ECTs. This guidance is for all schools where ECT induction can be served. The current DfE statutory guidance, Induction for early career teachers (England), updated 9 June 2026, should be read in full alongside this policy.</w:t>
      </w:r>
    </w:p>
    <w:p w14:paraId="29EF497E" w14:textId="77777777" w:rsidR="0047214F" w:rsidRPr="00FA559D" w:rsidRDefault="00804A10">
      <w:pPr>
        <w:pStyle w:val="Heading1"/>
        <w:rPr>
          <w:rFonts w:cstheme="majorHAnsi"/>
          <w:sz w:val="24"/>
          <w:szCs w:val="24"/>
        </w:rPr>
      </w:pPr>
      <w:r w:rsidRPr="00FA559D">
        <w:rPr>
          <w:rFonts w:cstheme="majorHAnsi"/>
          <w:sz w:val="24"/>
          <w:szCs w:val="24"/>
        </w:rPr>
        <w:t>Purpose of Induction</w:t>
      </w:r>
    </w:p>
    <w:p w14:paraId="5BE32856"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 xml:space="preserve">Statutory induction is the bridge between initial teacher training and a career in teaching. It combines a structured programme of development, support and professional dialogue, supported by the Early Career Teacher Entitlement (ECTE) and training based on the Initial Teacher Training and Early Career Framework (ITTECF), with monitoring and an assessment of performance against the Teachers’ Standards. The programme should support the early career teacher and provide them with the necessary training to ensure that they can demonstrate that their performance against the Teachers’ </w:t>
      </w:r>
      <w:r w:rsidRPr="00FA559D">
        <w:rPr>
          <w:rFonts w:asciiTheme="majorHAnsi" w:hAnsiTheme="majorHAnsi" w:cstheme="majorHAnsi"/>
          <w:sz w:val="24"/>
          <w:szCs w:val="24"/>
        </w:rPr>
        <w:lastRenderedPageBreak/>
        <w:t>Standards is satisfactory by the end of the training period. Induction should provide a foundation for ECTs and equip them with the tools to be an effective and successful teacher.</w:t>
      </w:r>
    </w:p>
    <w:p w14:paraId="348F429C"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From September 2025, the term Early Career Teacher Entitlement (ECTE) replaces ECF-based training and induction. ECTs who began their training before 1 September 2025 may continue their existing ECF-based programme until August 2027; if not completed by then, they move to ITTECF-based training from 1 September 2027.</w:t>
      </w:r>
    </w:p>
    <w:p w14:paraId="76FB2C91" w14:textId="77777777" w:rsidR="0047214F" w:rsidRPr="00FA559D" w:rsidRDefault="00804A10">
      <w:pPr>
        <w:pStyle w:val="Heading1"/>
        <w:rPr>
          <w:rFonts w:cstheme="majorHAnsi"/>
          <w:sz w:val="24"/>
          <w:szCs w:val="24"/>
        </w:rPr>
      </w:pPr>
      <w:r w:rsidRPr="00FA559D">
        <w:rPr>
          <w:rFonts w:cstheme="majorHAnsi"/>
          <w:sz w:val="24"/>
          <w:szCs w:val="24"/>
        </w:rPr>
        <w:t>Ensuring a Reduced Timetable</w:t>
      </w:r>
    </w:p>
    <w:p w14:paraId="1CE9A4F9"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In a relevant school, the Headteacher must ensure that the ECT has a reduced timetable. In the first year (terms 1-3) of induction an ECT must not teach more than 90% of the timetable of the school’s existing teachers on the main pay range and in the second year (terms 4-6) of induction must not teach more than 95%. This time off timetable should be used to specifically enable ECTs to undertake activities in their induction programme.</w:t>
      </w:r>
    </w:p>
    <w:p w14:paraId="4A6AA652"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This is in addition to the timetable reduction in respect of planning, preparation and assessment time (PPA) that all teachers receive. ECTs in independent schools, academies and free schools, BSOs, independent nursery schools and FE colleges must also have a reduced timetable on a comparable basis. The reduced timetable is in addition to statutory PPA time and must be protected for activities that support the ECT’s induction and professional development.</w:t>
      </w:r>
    </w:p>
    <w:p w14:paraId="787B64AA" w14:textId="77777777" w:rsidR="0047214F" w:rsidRPr="00FA559D" w:rsidRDefault="00804A10">
      <w:pPr>
        <w:pStyle w:val="Heading1"/>
        <w:rPr>
          <w:rFonts w:cstheme="majorHAnsi"/>
          <w:sz w:val="24"/>
          <w:szCs w:val="24"/>
        </w:rPr>
      </w:pPr>
      <w:r w:rsidRPr="00FA559D">
        <w:rPr>
          <w:rFonts w:cstheme="majorHAnsi"/>
          <w:sz w:val="24"/>
          <w:szCs w:val="24"/>
        </w:rPr>
        <w:t>Monitoring, Support and Assessment during Induction</w:t>
      </w:r>
    </w:p>
    <w:p w14:paraId="30D1B589" w14:textId="77777777" w:rsidR="0047214F" w:rsidRPr="00FA559D" w:rsidRDefault="00804A10" w:rsidP="002360B3">
      <w:pPr>
        <w:rPr>
          <w:rFonts w:asciiTheme="majorHAnsi" w:hAnsiTheme="majorHAnsi" w:cstheme="majorHAnsi"/>
          <w:sz w:val="24"/>
          <w:szCs w:val="24"/>
        </w:rPr>
      </w:pPr>
      <w:r w:rsidRPr="00FA559D">
        <w:rPr>
          <w:rFonts w:asciiTheme="majorHAnsi" w:hAnsiTheme="majorHAnsi" w:cstheme="majorHAnsi"/>
          <w:sz w:val="24"/>
          <w:szCs w:val="24"/>
        </w:rPr>
        <w:t>A suitable monitoring and support programme must be put in place for the ECT, structured to meet their professional development needs (including the development needs of part-time ECTs). This is expected to include:</w:t>
      </w:r>
    </w:p>
    <w:p w14:paraId="782E1245" w14:textId="77777777" w:rsidR="0047214F" w:rsidRPr="00FA559D" w:rsidRDefault="00804A10" w:rsidP="002360B3">
      <w:pPr>
        <w:pStyle w:val="ListBullet"/>
        <w:numPr>
          <w:ilvl w:val="0"/>
          <w:numId w:val="10"/>
        </w:numPr>
        <w:rPr>
          <w:rFonts w:asciiTheme="majorHAnsi" w:hAnsiTheme="majorHAnsi" w:cstheme="majorHAnsi"/>
          <w:sz w:val="24"/>
          <w:szCs w:val="24"/>
        </w:rPr>
      </w:pPr>
      <w:r w:rsidRPr="00FA559D">
        <w:rPr>
          <w:rFonts w:asciiTheme="majorHAnsi" w:hAnsiTheme="majorHAnsi" w:cstheme="majorHAnsi"/>
          <w:sz w:val="24"/>
          <w:szCs w:val="24"/>
        </w:rPr>
        <w:t>a programme of training that supports the ECT to understand and apply the knowledge and</w:t>
      </w:r>
    </w:p>
    <w:p w14:paraId="1A7FE88A" w14:textId="77777777" w:rsidR="0047214F" w:rsidRPr="00FA559D" w:rsidRDefault="00804A10" w:rsidP="002360B3">
      <w:pPr>
        <w:pStyle w:val="ListParagraph"/>
        <w:numPr>
          <w:ilvl w:val="0"/>
          <w:numId w:val="10"/>
        </w:numPr>
        <w:rPr>
          <w:rFonts w:asciiTheme="majorHAnsi" w:hAnsiTheme="majorHAnsi" w:cstheme="majorHAnsi"/>
          <w:sz w:val="24"/>
          <w:szCs w:val="24"/>
        </w:rPr>
      </w:pPr>
      <w:r w:rsidRPr="00FA559D">
        <w:rPr>
          <w:rFonts w:asciiTheme="majorHAnsi" w:hAnsiTheme="majorHAnsi" w:cstheme="majorHAnsi"/>
          <w:sz w:val="24"/>
          <w:szCs w:val="24"/>
        </w:rPr>
        <w:t>skills set out in the Early Career Framework’s evidence (‘learn that’) statements and practice (‘learn how to’) statements;</w:t>
      </w:r>
    </w:p>
    <w:p w14:paraId="3808B932" w14:textId="77777777" w:rsidR="0047214F" w:rsidRPr="00FA559D" w:rsidRDefault="00804A10" w:rsidP="002360B3">
      <w:pPr>
        <w:pStyle w:val="ListBullet"/>
        <w:numPr>
          <w:ilvl w:val="0"/>
          <w:numId w:val="10"/>
        </w:numPr>
        <w:rPr>
          <w:rFonts w:asciiTheme="majorHAnsi" w:hAnsiTheme="majorHAnsi" w:cstheme="majorHAnsi"/>
          <w:sz w:val="24"/>
          <w:szCs w:val="24"/>
        </w:rPr>
      </w:pPr>
      <w:r w:rsidRPr="00FA559D">
        <w:rPr>
          <w:rFonts w:asciiTheme="majorHAnsi" w:hAnsiTheme="majorHAnsi" w:cstheme="majorHAnsi"/>
          <w:sz w:val="24"/>
          <w:szCs w:val="24"/>
        </w:rPr>
        <w:t>regular one to one mentoring sessions from a designated mentor who is expected to hold QTS</w:t>
      </w:r>
    </w:p>
    <w:p w14:paraId="41B57C72" w14:textId="77777777" w:rsidR="0047214F" w:rsidRPr="00FA559D" w:rsidRDefault="00804A10" w:rsidP="002360B3">
      <w:pPr>
        <w:pStyle w:val="ListParagraph"/>
        <w:numPr>
          <w:ilvl w:val="0"/>
          <w:numId w:val="10"/>
        </w:numPr>
        <w:rPr>
          <w:rFonts w:asciiTheme="majorHAnsi" w:hAnsiTheme="majorHAnsi" w:cstheme="majorHAnsi"/>
          <w:sz w:val="24"/>
          <w:szCs w:val="24"/>
        </w:rPr>
      </w:pPr>
      <w:r w:rsidRPr="00FA559D">
        <w:rPr>
          <w:rFonts w:asciiTheme="majorHAnsi" w:hAnsiTheme="majorHAnsi" w:cstheme="majorHAnsi"/>
          <w:sz w:val="24"/>
          <w:szCs w:val="24"/>
        </w:rPr>
        <w:t>and has the time and ability to carry out the role effectively;</w:t>
      </w:r>
    </w:p>
    <w:p w14:paraId="6A73ED9D" w14:textId="77777777" w:rsidR="0047214F" w:rsidRPr="00FA559D" w:rsidRDefault="00804A10" w:rsidP="002360B3">
      <w:pPr>
        <w:pStyle w:val="ListBullet"/>
        <w:numPr>
          <w:ilvl w:val="0"/>
          <w:numId w:val="10"/>
        </w:numPr>
        <w:rPr>
          <w:rFonts w:asciiTheme="majorHAnsi" w:hAnsiTheme="majorHAnsi" w:cstheme="majorHAnsi"/>
          <w:sz w:val="24"/>
          <w:szCs w:val="24"/>
        </w:rPr>
      </w:pPr>
      <w:r w:rsidRPr="00FA559D">
        <w:rPr>
          <w:rFonts w:asciiTheme="majorHAnsi" w:hAnsiTheme="majorHAnsi" w:cstheme="majorHAnsi"/>
          <w:sz w:val="24"/>
          <w:szCs w:val="24"/>
        </w:rPr>
        <w:t>support and guidance from a designated induction tutor who is expected to hold QTS and has</w:t>
      </w:r>
    </w:p>
    <w:p w14:paraId="7C6F95D2" w14:textId="77777777" w:rsidR="0047214F" w:rsidRPr="00FA559D" w:rsidRDefault="00804A10" w:rsidP="002360B3">
      <w:pPr>
        <w:pStyle w:val="ListParagraph"/>
        <w:numPr>
          <w:ilvl w:val="0"/>
          <w:numId w:val="10"/>
        </w:numPr>
        <w:rPr>
          <w:rFonts w:asciiTheme="majorHAnsi" w:hAnsiTheme="majorHAnsi" w:cstheme="majorHAnsi"/>
          <w:sz w:val="24"/>
          <w:szCs w:val="24"/>
        </w:rPr>
      </w:pPr>
      <w:r w:rsidRPr="00FA559D">
        <w:rPr>
          <w:rFonts w:asciiTheme="majorHAnsi" w:hAnsiTheme="majorHAnsi" w:cstheme="majorHAnsi"/>
          <w:sz w:val="24"/>
          <w:szCs w:val="24"/>
        </w:rPr>
        <w:t>the time and ability to carry out the role effectively;</w:t>
      </w:r>
    </w:p>
    <w:p w14:paraId="5FD387CF" w14:textId="77777777" w:rsidR="0047214F" w:rsidRPr="00FA559D" w:rsidRDefault="00804A10" w:rsidP="002360B3">
      <w:pPr>
        <w:pStyle w:val="ListBullet"/>
        <w:numPr>
          <w:ilvl w:val="0"/>
          <w:numId w:val="10"/>
        </w:numPr>
        <w:rPr>
          <w:rFonts w:asciiTheme="majorHAnsi" w:hAnsiTheme="majorHAnsi" w:cstheme="majorHAnsi"/>
          <w:sz w:val="24"/>
          <w:szCs w:val="24"/>
        </w:rPr>
      </w:pPr>
      <w:r w:rsidRPr="00FA559D">
        <w:rPr>
          <w:rFonts w:asciiTheme="majorHAnsi" w:hAnsiTheme="majorHAnsi" w:cstheme="majorHAnsi"/>
          <w:sz w:val="24"/>
          <w:szCs w:val="24"/>
        </w:rPr>
        <w:t>observation of the ECT’s teaching with written feedback provided;</w:t>
      </w:r>
    </w:p>
    <w:p w14:paraId="510DE70A" w14:textId="77777777" w:rsidR="0047214F" w:rsidRPr="00FA559D" w:rsidRDefault="00804A10" w:rsidP="002360B3">
      <w:pPr>
        <w:pStyle w:val="ListBullet"/>
        <w:numPr>
          <w:ilvl w:val="0"/>
          <w:numId w:val="10"/>
        </w:numPr>
        <w:rPr>
          <w:rFonts w:asciiTheme="majorHAnsi" w:hAnsiTheme="majorHAnsi" w:cstheme="majorHAnsi"/>
          <w:sz w:val="24"/>
          <w:szCs w:val="24"/>
        </w:rPr>
      </w:pPr>
      <w:r w:rsidRPr="00FA559D">
        <w:rPr>
          <w:rFonts w:asciiTheme="majorHAnsi" w:hAnsiTheme="majorHAnsi" w:cstheme="majorHAnsi"/>
          <w:sz w:val="24"/>
          <w:szCs w:val="24"/>
        </w:rPr>
        <w:t>professional reviews of progress conducted by the induction tutor to set and review development</w:t>
      </w:r>
    </w:p>
    <w:p w14:paraId="1D65587B" w14:textId="77777777" w:rsidR="0047214F" w:rsidRPr="00FA559D" w:rsidRDefault="00804A10" w:rsidP="002360B3">
      <w:pPr>
        <w:pStyle w:val="ListParagraph"/>
        <w:numPr>
          <w:ilvl w:val="0"/>
          <w:numId w:val="10"/>
        </w:numPr>
        <w:rPr>
          <w:rFonts w:asciiTheme="majorHAnsi" w:hAnsiTheme="majorHAnsi" w:cstheme="majorHAnsi"/>
          <w:sz w:val="24"/>
          <w:szCs w:val="24"/>
        </w:rPr>
      </w:pPr>
      <w:r w:rsidRPr="00FA559D">
        <w:rPr>
          <w:rFonts w:asciiTheme="majorHAnsi" w:hAnsiTheme="majorHAnsi" w:cstheme="majorHAnsi"/>
          <w:sz w:val="24"/>
          <w:szCs w:val="24"/>
        </w:rPr>
        <w:t>targets against the Teachers’ Standards; and</w:t>
      </w:r>
    </w:p>
    <w:p w14:paraId="54002519" w14:textId="77777777" w:rsidR="0047214F" w:rsidRPr="00FA559D" w:rsidRDefault="00804A10" w:rsidP="002360B3">
      <w:pPr>
        <w:pStyle w:val="ListBullet"/>
        <w:numPr>
          <w:ilvl w:val="0"/>
          <w:numId w:val="10"/>
        </w:numPr>
        <w:rPr>
          <w:rFonts w:asciiTheme="majorHAnsi" w:hAnsiTheme="majorHAnsi" w:cstheme="majorHAnsi"/>
          <w:sz w:val="24"/>
          <w:szCs w:val="24"/>
        </w:rPr>
      </w:pPr>
      <w:r w:rsidRPr="00FA559D">
        <w:rPr>
          <w:rFonts w:asciiTheme="majorHAnsi" w:hAnsiTheme="majorHAnsi" w:cstheme="majorHAnsi"/>
          <w:sz w:val="24"/>
          <w:szCs w:val="24"/>
        </w:rPr>
        <w:t>ECT’s observation of experienced teachers either in the ECT’s own institution or in another</w:t>
      </w:r>
    </w:p>
    <w:p w14:paraId="249C15B0" w14:textId="77777777" w:rsidR="0047214F" w:rsidRPr="00FA559D" w:rsidRDefault="00804A10" w:rsidP="002360B3">
      <w:pPr>
        <w:pStyle w:val="ListParagraph"/>
        <w:numPr>
          <w:ilvl w:val="0"/>
          <w:numId w:val="10"/>
        </w:numPr>
        <w:rPr>
          <w:rFonts w:asciiTheme="majorHAnsi" w:hAnsiTheme="majorHAnsi" w:cstheme="majorHAnsi"/>
          <w:sz w:val="24"/>
          <w:szCs w:val="24"/>
        </w:rPr>
      </w:pPr>
      <w:r w:rsidRPr="00FA559D">
        <w:rPr>
          <w:rFonts w:asciiTheme="majorHAnsi" w:hAnsiTheme="majorHAnsi" w:cstheme="majorHAnsi"/>
          <w:sz w:val="24"/>
          <w:szCs w:val="24"/>
        </w:rPr>
        <w:t>institution where effective practice has been identified.</w:t>
      </w:r>
    </w:p>
    <w:p w14:paraId="12F8C01B" w14:textId="77777777" w:rsidR="0047214F" w:rsidRPr="00FA559D" w:rsidRDefault="00804A10">
      <w:pPr>
        <w:pStyle w:val="Heading1"/>
        <w:rPr>
          <w:rFonts w:cstheme="majorHAnsi"/>
          <w:sz w:val="24"/>
          <w:szCs w:val="24"/>
        </w:rPr>
      </w:pPr>
      <w:r w:rsidRPr="00FA559D">
        <w:rPr>
          <w:rFonts w:cstheme="majorHAnsi"/>
          <w:sz w:val="24"/>
          <w:szCs w:val="24"/>
        </w:rPr>
        <w:lastRenderedPageBreak/>
        <w:t>Appointment of an Induction Tutor</w:t>
      </w:r>
    </w:p>
    <w:p w14:paraId="6BEE8401"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The Headteacher should identify a person to act as the ECT’s induction tutor, to provide regular monitoring and support, and coordination of assessment. The induction tutor is expected to hold QTS and have the necessary skills and knowledge to work successfully in this role and be able to assess the ECT’s progress against the Teachers’ Standards. This is a very important element of the induction process and the induction tutor must be given sufficient time to carry out the role effectively and to meet the needs of the ECT. The induction tutor will need to be able to make rigorous and fair judgements about the ECT’s progress in relation to the Teachers’ Standards. They will need to be able to recognise when early action is needed in the case of an ECT who is experiencing difficulties. It may, in some circumstances, be appropriate for the Headteacher to be the induction tutor. The induction tutor is a separate role to that of mentor.</w:t>
      </w:r>
    </w:p>
    <w:p w14:paraId="384AFD0B" w14:textId="77777777" w:rsidR="0047214F" w:rsidRPr="00FA559D" w:rsidRDefault="00804A10">
      <w:pPr>
        <w:pStyle w:val="Heading1"/>
        <w:rPr>
          <w:rFonts w:cstheme="majorHAnsi"/>
          <w:sz w:val="24"/>
          <w:szCs w:val="24"/>
        </w:rPr>
      </w:pPr>
      <w:r w:rsidRPr="00FA559D">
        <w:rPr>
          <w:rFonts w:cstheme="majorHAnsi"/>
          <w:sz w:val="24"/>
          <w:szCs w:val="24"/>
        </w:rPr>
        <w:t>Observation of the ECT’s Teaching Practice</w:t>
      </w:r>
    </w:p>
    <w:p w14:paraId="2FDA7161"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An ECT’s teaching is expected to be observed at regular intervals throughout their induction period to facilitate a fair and effective assessment of the ECT’s teaching practice, conduct and efficiency against the Teachers’ Standards. Observations of the ECT may be undertaken by the induction tutor or another suitable person from inside or outside the institution.</w:t>
      </w:r>
    </w:p>
    <w:p w14:paraId="6A3C5CAB" w14:textId="77777777" w:rsidR="0047214F" w:rsidRPr="00FA559D" w:rsidRDefault="00804A10">
      <w:pPr>
        <w:pStyle w:val="Heading2"/>
        <w:rPr>
          <w:rFonts w:cstheme="majorHAnsi"/>
          <w:szCs w:val="24"/>
        </w:rPr>
      </w:pPr>
      <w:r w:rsidRPr="00FA559D">
        <w:rPr>
          <w:rFonts w:cstheme="majorHAnsi"/>
          <w:szCs w:val="24"/>
        </w:rPr>
        <w:t>It is also expected that</w:t>
      </w:r>
    </w:p>
    <w:p w14:paraId="28BC026F" w14:textId="77777777" w:rsidR="0047214F" w:rsidRPr="00FA559D" w:rsidRDefault="00804A10" w:rsidP="002360B3">
      <w:pPr>
        <w:pStyle w:val="ListBullet"/>
        <w:numPr>
          <w:ilvl w:val="0"/>
          <w:numId w:val="11"/>
        </w:numPr>
        <w:rPr>
          <w:rFonts w:asciiTheme="majorHAnsi" w:hAnsiTheme="majorHAnsi" w:cstheme="majorHAnsi"/>
          <w:sz w:val="24"/>
          <w:szCs w:val="24"/>
        </w:rPr>
      </w:pPr>
      <w:r w:rsidRPr="00FA559D">
        <w:rPr>
          <w:rFonts w:asciiTheme="majorHAnsi" w:hAnsiTheme="majorHAnsi" w:cstheme="majorHAnsi"/>
          <w:sz w:val="24"/>
          <w:szCs w:val="24"/>
        </w:rPr>
        <w:t>The observer holds QTS.</w:t>
      </w:r>
    </w:p>
    <w:p w14:paraId="4FB62EE5" w14:textId="77777777" w:rsidR="0047214F" w:rsidRPr="00FA559D" w:rsidRDefault="00804A10" w:rsidP="002360B3">
      <w:pPr>
        <w:pStyle w:val="ListBullet"/>
        <w:numPr>
          <w:ilvl w:val="0"/>
          <w:numId w:val="11"/>
        </w:numPr>
        <w:rPr>
          <w:rFonts w:asciiTheme="majorHAnsi" w:hAnsiTheme="majorHAnsi" w:cstheme="majorHAnsi"/>
          <w:sz w:val="24"/>
          <w:szCs w:val="24"/>
        </w:rPr>
      </w:pPr>
      <w:r w:rsidRPr="00FA559D">
        <w:rPr>
          <w:rFonts w:asciiTheme="majorHAnsi" w:hAnsiTheme="majorHAnsi" w:cstheme="majorHAnsi"/>
          <w:sz w:val="24"/>
          <w:szCs w:val="24"/>
        </w:rPr>
        <w:t>The ECT and the observer meet to review any teaching that has been observed, with</w:t>
      </w:r>
    </w:p>
    <w:p w14:paraId="1B31E77A" w14:textId="77777777" w:rsidR="0047214F" w:rsidRPr="00FA559D" w:rsidRDefault="00804A10" w:rsidP="002360B3">
      <w:pPr>
        <w:pStyle w:val="ListParagraph"/>
        <w:numPr>
          <w:ilvl w:val="0"/>
          <w:numId w:val="11"/>
        </w:numPr>
        <w:rPr>
          <w:rFonts w:asciiTheme="majorHAnsi" w:hAnsiTheme="majorHAnsi" w:cstheme="majorHAnsi"/>
          <w:sz w:val="24"/>
          <w:szCs w:val="24"/>
        </w:rPr>
      </w:pPr>
      <w:r w:rsidRPr="00FA559D">
        <w:rPr>
          <w:rFonts w:asciiTheme="majorHAnsi" w:hAnsiTheme="majorHAnsi" w:cstheme="majorHAnsi"/>
          <w:sz w:val="24"/>
          <w:szCs w:val="24"/>
        </w:rPr>
        <w:t>arrangements for post-observation review meetings made in advance.</w:t>
      </w:r>
    </w:p>
    <w:p w14:paraId="6489F674" w14:textId="77777777" w:rsidR="0047214F" w:rsidRPr="00FA559D" w:rsidRDefault="00804A10" w:rsidP="002360B3">
      <w:pPr>
        <w:pStyle w:val="ListBullet"/>
        <w:numPr>
          <w:ilvl w:val="0"/>
          <w:numId w:val="11"/>
        </w:numPr>
        <w:rPr>
          <w:rFonts w:asciiTheme="majorHAnsi" w:hAnsiTheme="majorHAnsi" w:cstheme="majorHAnsi"/>
          <w:sz w:val="24"/>
          <w:szCs w:val="24"/>
        </w:rPr>
      </w:pPr>
      <w:r w:rsidRPr="00FA559D">
        <w:rPr>
          <w:rFonts w:asciiTheme="majorHAnsi" w:hAnsiTheme="majorHAnsi" w:cstheme="majorHAnsi"/>
          <w:sz w:val="24"/>
          <w:szCs w:val="24"/>
        </w:rPr>
        <w:t>Feedback from the observation is provided in a prompt manner and is constructive, with a brief</w:t>
      </w:r>
    </w:p>
    <w:p w14:paraId="1BC0B6C1" w14:textId="77777777" w:rsidR="0047214F" w:rsidRPr="00FA559D" w:rsidRDefault="00804A10" w:rsidP="002360B3">
      <w:pPr>
        <w:pStyle w:val="ListParagraph"/>
        <w:numPr>
          <w:ilvl w:val="0"/>
          <w:numId w:val="11"/>
        </w:numPr>
        <w:rPr>
          <w:rFonts w:asciiTheme="majorHAnsi" w:hAnsiTheme="majorHAnsi" w:cstheme="majorHAnsi"/>
          <w:sz w:val="24"/>
          <w:szCs w:val="24"/>
        </w:rPr>
      </w:pPr>
      <w:r w:rsidRPr="00FA559D">
        <w:rPr>
          <w:rFonts w:asciiTheme="majorHAnsi" w:hAnsiTheme="majorHAnsi" w:cstheme="majorHAnsi"/>
          <w:sz w:val="24"/>
          <w:szCs w:val="24"/>
        </w:rPr>
        <w:t>written record made on each occasion.</w:t>
      </w:r>
    </w:p>
    <w:p w14:paraId="4B2FD232" w14:textId="77777777" w:rsidR="0047214F" w:rsidRPr="00FA559D" w:rsidRDefault="00804A10" w:rsidP="002360B3">
      <w:pPr>
        <w:pStyle w:val="ListBullet"/>
        <w:numPr>
          <w:ilvl w:val="0"/>
          <w:numId w:val="11"/>
        </w:numPr>
        <w:rPr>
          <w:rFonts w:asciiTheme="majorHAnsi" w:hAnsiTheme="majorHAnsi" w:cstheme="majorHAnsi"/>
          <w:sz w:val="24"/>
          <w:szCs w:val="24"/>
        </w:rPr>
      </w:pPr>
      <w:r w:rsidRPr="00FA559D">
        <w:rPr>
          <w:rFonts w:asciiTheme="majorHAnsi" w:hAnsiTheme="majorHAnsi" w:cstheme="majorHAnsi"/>
          <w:sz w:val="24"/>
          <w:szCs w:val="24"/>
        </w:rPr>
        <w:t>Any written record will indicate where any development needs have been identified.</w:t>
      </w:r>
    </w:p>
    <w:p w14:paraId="049F97F7" w14:textId="77777777" w:rsidR="0047214F" w:rsidRPr="00FA559D" w:rsidRDefault="00804A10">
      <w:pPr>
        <w:pStyle w:val="Heading1"/>
        <w:rPr>
          <w:rFonts w:cstheme="majorHAnsi"/>
          <w:sz w:val="24"/>
          <w:szCs w:val="24"/>
        </w:rPr>
      </w:pPr>
      <w:r w:rsidRPr="00FA559D">
        <w:rPr>
          <w:rFonts w:cstheme="majorHAnsi"/>
          <w:sz w:val="24"/>
          <w:szCs w:val="24"/>
        </w:rPr>
        <w:t>Professional Progress Reviews of the ECT</w:t>
      </w:r>
    </w:p>
    <w:p w14:paraId="7995A35D"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The induction tutor is expected to review the ECT’s progress against the Teachers’ Standards throughout the induction period, with progress reviews taking place in each term where a formal assessment is not scheduled.</w:t>
      </w:r>
    </w:p>
    <w:p w14:paraId="7CA90F4F"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Progress reviews are expected to be informed by existing evidence of the ECT’s teaching and to be conducted with sufficient detail to ensure that there is nothing unexpected for the ECT when it comes to their formal assessment.</w:t>
      </w:r>
    </w:p>
    <w:p w14:paraId="7CBD3285"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Progress reviews are not formal assessments and there is no requirement for ECTs to create evidence specifically to inform a progress review. ECTs are expected, nonetheless, to engage with the process and provide copies of existing evidence as agreed with the induction tutor.</w:t>
      </w:r>
    </w:p>
    <w:p w14:paraId="01481D05"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 xml:space="preserve">A written record of each progress review is expected to be retained and provided to the ECT after each meeting, with the record clearly stating whether the ECT is on track to successfully complete induction, </w:t>
      </w:r>
      <w:r w:rsidRPr="00FA559D">
        <w:rPr>
          <w:rFonts w:asciiTheme="majorHAnsi" w:hAnsiTheme="majorHAnsi" w:cstheme="majorHAnsi"/>
          <w:sz w:val="24"/>
          <w:szCs w:val="24"/>
        </w:rPr>
        <w:lastRenderedPageBreak/>
        <w:t>briefly summarising evidence collected by the induction tutor and stating the agreed development targets. It is also expected that objectives are reviewed and revised in relation to the Teachers’ Standards and the needs and strengths of the individual ECT.</w:t>
      </w:r>
    </w:p>
    <w:p w14:paraId="468DF04E"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Where the induction tutor is not the Headteacher, it is expected that they also update the Headteacher on the ECT’s progress after each progress review.</w:t>
      </w:r>
    </w:p>
    <w:p w14:paraId="4E48AF9C"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It is expected that the induction tutor notifies the appropriate body and ECT after each progress review stating whether the ECT is making satisfactory progress. Where the induction tutor believes the ECT is not making satisfactory progress, it is expected they outline the plan they have put in place to assist the ECT in getting back on track. It is expected that schools maintain regular contact with the appropriate body throughout induction, keeping them apprised of the ECT’s progress and providing copies of progress reviews if requested.</w:t>
      </w:r>
    </w:p>
    <w:p w14:paraId="5585DFB8"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If an ECT is identified as not making satisfactory progress against the Teachers’ Standards, the school will implement a clear and supportive intervention process designed to help the ECT improve and meet expectations.</w:t>
      </w:r>
    </w:p>
    <w:p w14:paraId="0BE46CD7" w14:textId="77777777" w:rsidR="0047214F" w:rsidRPr="00FA559D" w:rsidRDefault="00804A10">
      <w:pPr>
        <w:pStyle w:val="Heading1"/>
        <w:rPr>
          <w:rFonts w:cstheme="majorHAnsi"/>
          <w:sz w:val="24"/>
          <w:szCs w:val="24"/>
        </w:rPr>
      </w:pPr>
      <w:r w:rsidRPr="00FA559D">
        <w:rPr>
          <w:rFonts w:cstheme="majorHAnsi"/>
          <w:sz w:val="24"/>
          <w:szCs w:val="24"/>
        </w:rPr>
        <w:t>1. Identification and Initial Response</w:t>
      </w:r>
    </w:p>
    <w:p w14:paraId="55302329" w14:textId="77777777" w:rsidR="0047214F" w:rsidRPr="00FA559D" w:rsidRDefault="00804A10" w:rsidP="002360B3">
      <w:pPr>
        <w:pStyle w:val="ListParagraph"/>
        <w:numPr>
          <w:ilvl w:val="0"/>
          <w:numId w:val="12"/>
        </w:numPr>
        <w:rPr>
          <w:rFonts w:asciiTheme="majorHAnsi" w:hAnsiTheme="majorHAnsi" w:cstheme="majorHAnsi"/>
          <w:sz w:val="24"/>
          <w:szCs w:val="24"/>
        </w:rPr>
      </w:pPr>
      <w:r w:rsidRPr="00FA559D">
        <w:rPr>
          <w:rFonts w:asciiTheme="majorHAnsi" w:hAnsiTheme="majorHAnsi" w:cstheme="majorHAnsi"/>
          <w:sz w:val="24"/>
          <w:szCs w:val="24"/>
        </w:rPr>
        <w:t>Concerns regarding an ECT’s progress may be identified during progress reviews, formal assessments, or through ongoing mentoring, lesson observations, or professional discussions.</w:t>
      </w:r>
    </w:p>
    <w:p w14:paraId="32C1B86F" w14:textId="77777777" w:rsidR="0047214F" w:rsidRPr="00FA559D" w:rsidRDefault="00804A10" w:rsidP="002360B3">
      <w:pPr>
        <w:pStyle w:val="ListBullet"/>
        <w:numPr>
          <w:ilvl w:val="0"/>
          <w:numId w:val="12"/>
        </w:numPr>
        <w:rPr>
          <w:rFonts w:asciiTheme="majorHAnsi" w:hAnsiTheme="majorHAnsi" w:cstheme="majorHAnsi"/>
          <w:sz w:val="24"/>
          <w:szCs w:val="24"/>
        </w:rPr>
      </w:pPr>
      <w:r w:rsidRPr="00FA559D">
        <w:rPr>
          <w:rFonts w:asciiTheme="majorHAnsi" w:hAnsiTheme="majorHAnsi" w:cstheme="majorHAnsi"/>
          <w:sz w:val="24"/>
          <w:szCs w:val="24"/>
        </w:rPr>
        <w:t>The Induction Tutor will meet with the ECT to discuss the areas of concern and gather evidence</w:t>
      </w:r>
    </w:p>
    <w:p w14:paraId="4CCD3A50" w14:textId="77777777" w:rsidR="0047214F" w:rsidRPr="00FA559D" w:rsidRDefault="00804A10" w:rsidP="002360B3">
      <w:pPr>
        <w:pStyle w:val="ListParagraph"/>
        <w:numPr>
          <w:ilvl w:val="0"/>
          <w:numId w:val="12"/>
        </w:numPr>
        <w:rPr>
          <w:rFonts w:asciiTheme="majorHAnsi" w:hAnsiTheme="majorHAnsi" w:cstheme="majorHAnsi"/>
          <w:sz w:val="24"/>
          <w:szCs w:val="24"/>
        </w:rPr>
      </w:pPr>
      <w:r w:rsidRPr="00FA559D">
        <w:rPr>
          <w:rFonts w:asciiTheme="majorHAnsi" w:hAnsiTheme="majorHAnsi" w:cstheme="majorHAnsi"/>
          <w:sz w:val="24"/>
          <w:szCs w:val="24"/>
        </w:rPr>
        <w:t>from a range of sources, including planning, teaching, assessment, and pupil outcomes.</w:t>
      </w:r>
    </w:p>
    <w:p w14:paraId="7842ED8B" w14:textId="77777777" w:rsidR="0047214F" w:rsidRPr="00FA559D" w:rsidRDefault="00804A10" w:rsidP="002360B3">
      <w:pPr>
        <w:pStyle w:val="ListBullet"/>
        <w:numPr>
          <w:ilvl w:val="0"/>
          <w:numId w:val="12"/>
        </w:numPr>
        <w:rPr>
          <w:rFonts w:asciiTheme="majorHAnsi" w:hAnsiTheme="majorHAnsi" w:cstheme="majorHAnsi"/>
          <w:sz w:val="24"/>
          <w:szCs w:val="24"/>
        </w:rPr>
      </w:pPr>
      <w:r w:rsidRPr="00FA559D">
        <w:rPr>
          <w:rFonts w:asciiTheme="majorHAnsi" w:hAnsiTheme="majorHAnsi" w:cstheme="majorHAnsi"/>
          <w:sz w:val="24"/>
          <w:szCs w:val="24"/>
        </w:rPr>
        <w:t>A collaborative and transparent approach will be taken to ensure the ECT fully understands the</w:t>
      </w:r>
    </w:p>
    <w:p w14:paraId="3A9FEF92" w14:textId="77777777" w:rsidR="0047214F" w:rsidRPr="00FA559D" w:rsidRDefault="00804A10" w:rsidP="002360B3">
      <w:pPr>
        <w:pStyle w:val="ListParagraph"/>
        <w:numPr>
          <w:ilvl w:val="0"/>
          <w:numId w:val="12"/>
        </w:numPr>
        <w:rPr>
          <w:rFonts w:asciiTheme="majorHAnsi" w:hAnsiTheme="majorHAnsi" w:cstheme="majorHAnsi"/>
          <w:sz w:val="24"/>
          <w:szCs w:val="24"/>
        </w:rPr>
      </w:pPr>
      <w:r w:rsidRPr="00FA559D">
        <w:rPr>
          <w:rFonts w:asciiTheme="majorHAnsi" w:hAnsiTheme="majorHAnsi" w:cstheme="majorHAnsi"/>
          <w:sz w:val="24"/>
          <w:szCs w:val="24"/>
        </w:rPr>
        <w:t>areas for improvement and the support available.</w:t>
      </w:r>
    </w:p>
    <w:p w14:paraId="24B69A78" w14:textId="77777777" w:rsidR="0047214F" w:rsidRPr="00FA559D" w:rsidRDefault="00804A10">
      <w:pPr>
        <w:pStyle w:val="Heading1"/>
        <w:rPr>
          <w:rFonts w:cstheme="majorHAnsi"/>
          <w:sz w:val="24"/>
          <w:szCs w:val="24"/>
        </w:rPr>
      </w:pPr>
      <w:r w:rsidRPr="00FA559D">
        <w:rPr>
          <w:rFonts w:cstheme="majorHAnsi"/>
          <w:sz w:val="24"/>
          <w:szCs w:val="24"/>
        </w:rPr>
        <w:t>2. Support Plan Implementation</w:t>
      </w:r>
    </w:p>
    <w:p w14:paraId="0C50ACB0"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If concerns persist, the ECT will be placed on a Personalised Support Plan. This plan will outline clear targets, actions, timescales, and success criteria. The plan will also specify the roles and responsibilities of the ECT, Mentor, and Induction Tutor.</w:t>
      </w:r>
    </w:p>
    <w:p w14:paraId="0DFD8D2B" w14:textId="77777777" w:rsidR="0047214F" w:rsidRPr="00FA559D" w:rsidRDefault="00804A10">
      <w:pPr>
        <w:pStyle w:val="Heading2"/>
        <w:rPr>
          <w:rFonts w:cstheme="majorHAnsi"/>
          <w:szCs w:val="24"/>
        </w:rPr>
      </w:pPr>
      <w:r w:rsidRPr="00FA559D">
        <w:rPr>
          <w:rFonts w:cstheme="majorHAnsi"/>
          <w:szCs w:val="24"/>
        </w:rPr>
        <w:t>Support may include, but is not limited to</w:t>
      </w:r>
    </w:p>
    <w:p w14:paraId="531D6B0F" w14:textId="77777777" w:rsidR="0047214F" w:rsidRPr="00FA559D" w:rsidRDefault="00804A10" w:rsidP="002360B3">
      <w:pPr>
        <w:pStyle w:val="ListBullet"/>
        <w:numPr>
          <w:ilvl w:val="0"/>
          <w:numId w:val="13"/>
        </w:numPr>
        <w:rPr>
          <w:rFonts w:asciiTheme="majorHAnsi" w:hAnsiTheme="majorHAnsi" w:cstheme="majorHAnsi"/>
          <w:sz w:val="24"/>
          <w:szCs w:val="24"/>
        </w:rPr>
      </w:pPr>
      <w:r w:rsidRPr="00FA559D">
        <w:rPr>
          <w:rFonts w:asciiTheme="majorHAnsi" w:hAnsiTheme="majorHAnsi" w:cstheme="majorHAnsi"/>
          <w:sz w:val="24"/>
          <w:szCs w:val="24"/>
        </w:rPr>
        <w:t>Team Teaching Opportunities: Working alongside experienced colleagues to observe and model</w:t>
      </w:r>
    </w:p>
    <w:p w14:paraId="2AA10062" w14:textId="77777777" w:rsidR="0047214F" w:rsidRPr="00FA559D" w:rsidRDefault="00804A10" w:rsidP="002360B3">
      <w:pPr>
        <w:pStyle w:val="ListParagraph"/>
        <w:numPr>
          <w:ilvl w:val="0"/>
          <w:numId w:val="13"/>
        </w:numPr>
        <w:rPr>
          <w:rFonts w:asciiTheme="majorHAnsi" w:hAnsiTheme="majorHAnsi" w:cstheme="majorHAnsi"/>
          <w:sz w:val="24"/>
          <w:szCs w:val="24"/>
        </w:rPr>
      </w:pPr>
      <w:r w:rsidRPr="00FA559D">
        <w:rPr>
          <w:rFonts w:asciiTheme="majorHAnsi" w:hAnsiTheme="majorHAnsi" w:cstheme="majorHAnsi"/>
          <w:sz w:val="24"/>
          <w:szCs w:val="24"/>
        </w:rPr>
        <w:t>effective practice.</w:t>
      </w:r>
    </w:p>
    <w:p w14:paraId="7D987296" w14:textId="77777777" w:rsidR="0047214F" w:rsidRPr="00FA559D" w:rsidRDefault="00804A10" w:rsidP="002360B3">
      <w:pPr>
        <w:pStyle w:val="ListBullet"/>
        <w:numPr>
          <w:ilvl w:val="0"/>
          <w:numId w:val="13"/>
        </w:numPr>
        <w:rPr>
          <w:rFonts w:asciiTheme="majorHAnsi" w:hAnsiTheme="majorHAnsi" w:cstheme="majorHAnsi"/>
          <w:sz w:val="24"/>
          <w:szCs w:val="24"/>
        </w:rPr>
      </w:pPr>
      <w:r w:rsidRPr="00FA559D">
        <w:rPr>
          <w:rFonts w:asciiTheme="majorHAnsi" w:hAnsiTheme="majorHAnsi" w:cstheme="majorHAnsi"/>
          <w:sz w:val="24"/>
          <w:szCs w:val="24"/>
        </w:rPr>
        <w:t>Coaching Sessions: Regular, non-judgmental coaching conversations focused on professional growth</w:t>
      </w:r>
    </w:p>
    <w:p w14:paraId="5C70CD2A" w14:textId="77777777" w:rsidR="0047214F" w:rsidRPr="00FA559D" w:rsidRDefault="00804A10" w:rsidP="002360B3">
      <w:pPr>
        <w:pStyle w:val="ListParagraph"/>
        <w:numPr>
          <w:ilvl w:val="0"/>
          <w:numId w:val="13"/>
        </w:numPr>
        <w:rPr>
          <w:rFonts w:asciiTheme="majorHAnsi" w:hAnsiTheme="majorHAnsi" w:cstheme="majorHAnsi"/>
          <w:sz w:val="24"/>
          <w:szCs w:val="24"/>
        </w:rPr>
      </w:pPr>
      <w:r w:rsidRPr="00FA559D">
        <w:rPr>
          <w:rFonts w:asciiTheme="majorHAnsi" w:hAnsiTheme="majorHAnsi" w:cstheme="majorHAnsi"/>
          <w:sz w:val="24"/>
          <w:szCs w:val="24"/>
        </w:rPr>
        <w:t>and reflection.</w:t>
      </w:r>
    </w:p>
    <w:p w14:paraId="6E7BBB04" w14:textId="77777777" w:rsidR="0047214F" w:rsidRPr="00FA559D" w:rsidRDefault="00804A10" w:rsidP="002360B3">
      <w:pPr>
        <w:pStyle w:val="ListBullet"/>
        <w:numPr>
          <w:ilvl w:val="0"/>
          <w:numId w:val="13"/>
        </w:numPr>
        <w:rPr>
          <w:rFonts w:asciiTheme="majorHAnsi" w:hAnsiTheme="majorHAnsi" w:cstheme="majorHAnsi"/>
          <w:sz w:val="24"/>
          <w:szCs w:val="24"/>
        </w:rPr>
      </w:pPr>
      <w:r w:rsidRPr="00FA559D">
        <w:rPr>
          <w:rFonts w:asciiTheme="majorHAnsi" w:hAnsiTheme="majorHAnsi" w:cstheme="majorHAnsi"/>
          <w:sz w:val="24"/>
          <w:szCs w:val="24"/>
        </w:rPr>
        <w:t>Planning and Marking Clinics: Targeted support to strengthen lesson planning, differentiation, and</w:t>
      </w:r>
    </w:p>
    <w:p w14:paraId="1BC284D6" w14:textId="77777777" w:rsidR="0047214F" w:rsidRPr="00FA559D" w:rsidRDefault="00804A10" w:rsidP="002360B3">
      <w:pPr>
        <w:pStyle w:val="ListParagraph"/>
        <w:numPr>
          <w:ilvl w:val="0"/>
          <w:numId w:val="13"/>
        </w:numPr>
        <w:rPr>
          <w:rFonts w:asciiTheme="majorHAnsi" w:hAnsiTheme="majorHAnsi" w:cstheme="majorHAnsi"/>
          <w:sz w:val="24"/>
          <w:szCs w:val="24"/>
        </w:rPr>
      </w:pPr>
      <w:r w:rsidRPr="00FA559D">
        <w:rPr>
          <w:rFonts w:asciiTheme="majorHAnsi" w:hAnsiTheme="majorHAnsi" w:cstheme="majorHAnsi"/>
          <w:sz w:val="24"/>
          <w:szCs w:val="24"/>
        </w:rPr>
        <w:t>assessment strategies.</w:t>
      </w:r>
    </w:p>
    <w:p w14:paraId="106ECD4D" w14:textId="77777777" w:rsidR="0047214F" w:rsidRPr="00FA559D" w:rsidRDefault="00804A10" w:rsidP="002360B3">
      <w:pPr>
        <w:pStyle w:val="ListBullet"/>
        <w:numPr>
          <w:ilvl w:val="0"/>
          <w:numId w:val="13"/>
        </w:numPr>
        <w:rPr>
          <w:rFonts w:asciiTheme="majorHAnsi" w:hAnsiTheme="majorHAnsi" w:cstheme="majorHAnsi"/>
          <w:sz w:val="24"/>
          <w:szCs w:val="24"/>
        </w:rPr>
      </w:pPr>
      <w:r w:rsidRPr="00FA559D">
        <w:rPr>
          <w:rFonts w:asciiTheme="majorHAnsi" w:hAnsiTheme="majorHAnsi" w:cstheme="majorHAnsi"/>
          <w:sz w:val="24"/>
          <w:szCs w:val="24"/>
        </w:rPr>
        <w:lastRenderedPageBreak/>
        <w:t>Observation and Feedback: Frequent classroom observations followed by developmental, coaching-</w:t>
      </w:r>
    </w:p>
    <w:p w14:paraId="05C6C85C" w14:textId="77777777" w:rsidR="0047214F" w:rsidRPr="00FA559D" w:rsidRDefault="00804A10" w:rsidP="002360B3">
      <w:pPr>
        <w:pStyle w:val="ListParagraph"/>
        <w:numPr>
          <w:ilvl w:val="0"/>
          <w:numId w:val="13"/>
        </w:numPr>
        <w:rPr>
          <w:rFonts w:asciiTheme="majorHAnsi" w:hAnsiTheme="majorHAnsi" w:cstheme="majorHAnsi"/>
          <w:sz w:val="24"/>
          <w:szCs w:val="24"/>
        </w:rPr>
      </w:pPr>
      <w:r w:rsidRPr="00FA559D">
        <w:rPr>
          <w:rFonts w:asciiTheme="majorHAnsi" w:hAnsiTheme="majorHAnsi" w:cstheme="majorHAnsi"/>
          <w:sz w:val="24"/>
          <w:szCs w:val="24"/>
        </w:rPr>
        <w:t>style feedback to promote reflective practice.</w:t>
      </w:r>
    </w:p>
    <w:p w14:paraId="36012C8B" w14:textId="77777777" w:rsidR="0047214F" w:rsidRPr="00FA559D" w:rsidRDefault="00804A10" w:rsidP="002360B3">
      <w:pPr>
        <w:pStyle w:val="ListBullet"/>
        <w:numPr>
          <w:ilvl w:val="0"/>
          <w:numId w:val="13"/>
        </w:numPr>
        <w:rPr>
          <w:rFonts w:asciiTheme="majorHAnsi" w:hAnsiTheme="majorHAnsi" w:cstheme="majorHAnsi"/>
          <w:sz w:val="24"/>
          <w:szCs w:val="24"/>
        </w:rPr>
      </w:pPr>
      <w:r w:rsidRPr="00FA559D">
        <w:rPr>
          <w:rFonts w:asciiTheme="majorHAnsi" w:hAnsiTheme="majorHAnsi" w:cstheme="majorHAnsi"/>
          <w:sz w:val="24"/>
          <w:szCs w:val="24"/>
        </w:rPr>
        <w:t>Access to Additional CPD: Opportunities to attend relevant internal or external courses, webinars, or</w:t>
      </w:r>
    </w:p>
    <w:p w14:paraId="66169009" w14:textId="77777777" w:rsidR="0047214F" w:rsidRPr="00FA559D" w:rsidRDefault="00804A10" w:rsidP="002360B3">
      <w:pPr>
        <w:ind w:left="720"/>
        <w:rPr>
          <w:rFonts w:asciiTheme="majorHAnsi" w:hAnsiTheme="majorHAnsi" w:cstheme="majorHAnsi"/>
          <w:sz w:val="24"/>
          <w:szCs w:val="24"/>
        </w:rPr>
      </w:pPr>
      <w:r w:rsidRPr="00FA559D">
        <w:rPr>
          <w:rFonts w:asciiTheme="majorHAnsi" w:hAnsiTheme="majorHAnsi" w:cstheme="majorHAnsi"/>
          <w:sz w:val="24"/>
          <w:szCs w:val="24"/>
        </w:rPr>
        <w:t>workshops to address specific areas of need.</w:t>
      </w:r>
    </w:p>
    <w:p w14:paraId="0AA08450" w14:textId="77777777" w:rsidR="0047214F" w:rsidRPr="00FA559D" w:rsidRDefault="00804A10">
      <w:pPr>
        <w:pStyle w:val="Heading1"/>
        <w:rPr>
          <w:rFonts w:cstheme="majorHAnsi"/>
          <w:sz w:val="24"/>
          <w:szCs w:val="24"/>
        </w:rPr>
      </w:pPr>
      <w:r w:rsidRPr="00FA559D">
        <w:rPr>
          <w:rFonts w:cstheme="majorHAnsi"/>
          <w:sz w:val="24"/>
          <w:szCs w:val="24"/>
        </w:rPr>
        <w:t>3. Monitoring and Review</w:t>
      </w:r>
    </w:p>
    <w:p w14:paraId="4B0098C6" w14:textId="77777777" w:rsidR="0047214F" w:rsidRPr="00FA559D" w:rsidRDefault="00804A10" w:rsidP="002360B3">
      <w:pPr>
        <w:pStyle w:val="ListBullet"/>
        <w:numPr>
          <w:ilvl w:val="0"/>
          <w:numId w:val="14"/>
        </w:numPr>
        <w:rPr>
          <w:rFonts w:asciiTheme="majorHAnsi" w:hAnsiTheme="majorHAnsi" w:cstheme="majorHAnsi"/>
          <w:sz w:val="24"/>
          <w:szCs w:val="24"/>
        </w:rPr>
      </w:pPr>
      <w:r w:rsidRPr="00FA559D">
        <w:rPr>
          <w:rFonts w:asciiTheme="majorHAnsi" w:hAnsiTheme="majorHAnsi" w:cstheme="majorHAnsi"/>
          <w:sz w:val="24"/>
          <w:szCs w:val="24"/>
        </w:rPr>
        <w:t>The Support Plan will be reviewed every 4–6 weeks with the ECT, Induction Tutor, and Mentor</w:t>
      </w:r>
    </w:p>
    <w:p w14:paraId="70F1C81B" w14:textId="77777777" w:rsidR="0047214F" w:rsidRPr="00FA559D" w:rsidRDefault="00804A10" w:rsidP="002360B3">
      <w:pPr>
        <w:pStyle w:val="ListParagraph"/>
        <w:numPr>
          <w:ilvl w:val="0"/>
          <w:numId w:val="14"/>
        </w:numPr>
        <w:rPr>
          <w:rFonts w:asciiTheme="majorHAnsi" w:hAnsiTheme="majorHAnsi" w:cstheme="majorHAnsi"/>
          <w:sz w:val="24"/>
          <w:szCs w:val="24"/>
        </w:rPr>
      </w:pPr>
      <w:r w:rsidRPr="00FA559D">
        <w:rPr>
          <w:rFonts w:asciiTheme="majorHAnsi" w:hAnsiTheme="majorHAnsi" w:cstheme="majorHAnsi"/>
          <w:sz w:val="24"/>
          <w:szCs w:val="24"/>
        </w:rPr>
        <w:t>present.</w:t>
      </w:r>
    </w:p>
    <w:p w14:paraId="0696AE65" w14:textId="77777777" w:rsidR="0047214F" w:rsidRPr="00FA559D" w:rsidRDefault="00804A10" w:rsidP="002360B3">
      <w:pPr>
        <w:pStyle w:val="ListBullet"/>
        <w:numPr>
          <w:ilvl w:val="0"/>
          <w:numId w:val="14"/>
        </w:numPr>
        <w:rPr>
          <w:rFonts w:asciiTheme="majorHAnsi" w:hAnsiTheme="majorHAnsi" w:cstheme="majorHAnsi"/>
          <w:sz w:val="24"/>
          <w:szCs w:val="24"/>
        </w:rPr>
      </w:pPr>
      <w:r w:rsidRPr="00FA559D">
        <w:rPr>
          <w:rFonts w:asciiTheme="majorHAnsi" w:hAnsiTheme="majorHAnsi" w:cstheme="majorHAnsi"/>
          <w:sz w:val="24"/>
          <w:szCs w:val="24"/>
        </w:rPr>
        <w:t>Progress will be monitored against agreed targets, and support will be adapted as appropriate to</w:t>
      </w:r>
    </w:p>
    <w:p w14:paraId="5DAD1276" w14:textId="77777777" w:rsidR="0047214F" w:rsidRPr="00FA559D" w:rsidRDefault="00804A10" w:rsidP="002360B3">
      <w:pPr>
        <w:pStyle w:val="ListParagraph"/>
        <w:numPr>
          <w:ilvl w:val="0"/>
          <w:numId w:val="14"/>
        </w:numPr>
        <w:rPr>
          <w:rFonts w:asciiTheme="majorHAnsi" w:hAnsiTheme="majorHAnsi" w:cstheme="majorHAnsi"/>
          <w:sz w:val="24"/>
          <w:szCs w:val="24"/>
        </w:rPr>
      </w:pPr>
      <w:r w:rsidRPr="00FA559D">
        <w:rPr>
          <w:rFonts w:asciiTheme="majorHAnsi" w:hAnsiTheme="majorHAnsi" w:cstheme="majorHAnsi"/>
          <w:sz w:val="24"/>
          <w:szCs w:val="24"/>
        </w:rPr>
        <w:t>ensure the ECT continues to move forward.</w:t>
      </w:r>
    </w:p>
    <w:p w14:paraId="53AA146E" w14:textId="77777777" w:rsidR="0047214F" w:rsidRPr="00FA559D" w:rsidRDefault="00804A10" w:rsidP="002360B3">
      <w:pPr>
        <w:pStyle w:val="ListBullet"/>
        <w:numPr>
          <w:ilvl w:val="0"/>
          <w:numId w:val="14"/>
        </w:numPr>
        <w:rPr>
          <w:rFonts w:asciiTheme="majorHAnsi" w:hAnsiTheme="majorHAnsi" w:cstheme="majorHAnsi"/>
          <w:sz w:val="24"/>
          <w:szCs w:val="24"/>
        </w:rPr>
      </w:pPr>
      <w:r w:rsidRPr="00FA559D">
        <w:rPr>
          <w:rFonts w:asciiTheme="majorHAnsi" w:hAnsiTheme="majorHAnsi" w:cstheme="majorHAnsi"/>
          <w:sz w:val="24"/>
          <w:szCs w:val="24"/>
        </w:rPr>
        <w:t>All meetings, reviews, and evidence of progress will be documented to ensure transparency and</w:t>
      </w:r>
    </w:p>
    <w:p w14:paraId="3EDE9874" w14:textId="77777777" w:rsidR="0047214F" w:rsidRPr="00FA559D" w:rsidRDefault="00804A10" w:rsidP="002360B3">
      <w:pPr>
        <w:pStyle w:val="ListParagraph"/>
        <w:numPr>
          <w:ilvl w:val="0"/>
          <w:numId w:val="14"/>
        </w:numPr>
        <w:rPr>
          <w:rFonts w:asciiTheme="majorHAnsi" w:hAnsiTheme="majorHAnsi" w:cstheme="majorHAnsi"/>
          <w:sz w:val="24"/>
          <w:szCs w:val="24"/>
        </w:rPr>
      </w:pPr>
      <w:r w:rsidRPr="00FA559D">
        <w:rPr>
          <w:rFonts w:asciiTheme="majorHAnsi" w:hAnsiTheme="majorHAnsi" w:cstheme="majorHAnsi"/>
          <w:sz w:val="24"/>
          <w:szCs w:val="24"/>
        </w:rPr>
        <w:t>accountability.</w:t>
      </w:r>
    </w:p>
    <w:p w14:paraId="7C8B6178" w14:textId="77777777" w:rsidR="0047214F" w:rsidRPr="00FA559D" w:rsidRDefault="00804A10">
      <w:pPr>
        <w:pStyle w:val="Heading1"/>
        <w:rPr>
          <w:rFonts w:cstheme="majorHAnsi"/>
          <w:sz w:val="24"/>
          <w:szCs w:val="24"/>
        </w:rPr>
      </w:pPr>
      <w:r w:rsidRPr="00FA559D">
        <w:rPr>
          <w:rFonts w:cstheme="majorHAnsi"/>
          <w:sz w:val="24"/>
          <w:szCs w:val="24"/>
        </w:rPr>
        <w:t>4. Involvement of the Appropriate Body (Teach West London)</w:t>
      </w:r>
    </w:p>
    <w:p w14:paraId="0A2735CD"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If an ECT is placed on a Support Plan, Teach West London (the Appropriate Body) will be notified. The school will share the Support Plan and subsequent review outcomes, and will work closely with Teach West to ensure the ECT receives appropriate external guidance, monitoring, and support throughout the process.</w:t>
      </w:r>
    </w:p>
    <w:p w14:paraId="1D47C108" w14:textId="77777777" w:rsidR="0047214F" w:rsidRPr="00FA559D" w:rsidRDefault="00804A10">
      <w:pPr>
        <w:pStyle w:val="Heading1"/>
        <w:rPr>
          <w:rFonts w:cstheme="majorHAnsi"/>
          <w:sz w:val="24"/>
          <w:szCs w:val="24"/>
        </w:rPr>
      </w:pPr>
      <w:r w:rsidRPr="00FA559D">
        <w:rPr>
          <w:rFonts w:cstheme="majorHAnsi"/>
          <w:sz w:val="24"/>
          <w:szCs w:val="24"/>
        </w:rPr>
        <w:t>5. Escalation</w:t>
      </w:r>
    </w:p>
    <w:p w14:paraId="64C5154A"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If, after sustained and targeted support, the ECT continues to make insufficient progress towards meeting the Teachers’ Standards, the Induction Tutor and Headteacher will liaise with Teach West London to determine next steps. This may include further intervention, an extension of the induction period, or in exceptional cases, the initiation of formal capability procedures, in line with statutory induction guidance.</w:t>
      </w:r>
    </w:p>
    <w:p w14:paraId="77CE995D" w14:textId="77777777" w:rsidR="0047214F" w:rsidRPr="00FA559D" w:rsidRDefault="00804A10">
      <w:pPr>
        <w:pStyle w:val="Heading1"/>
        <w:rPr>
          <w:rFonts w:cstheme="majorHAnsi"/>
          <w:sz w:val="24"/>
          <w:szCs w:val="24"/>
        </w:rPr>
      </w:pPr>
      <w:r w:rsidRPr="00FA559D">
        <w:rPr>
          <w:rFonts w:cstheme="majorHAnsi"/>
          <w:sz w:val="24"/>
          <w:szCs w:val="24"/>
        </w:rPr>
        <w:t>Formal Assessments</w:t>
      </w:r>
    </w:p>
    <w:p w14:paraId="4BDE6AB0"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 xml:space="preserve">ECTs should have formal assessments carried out by either the Headteacher, a member of the Leadership Team or the induction tutor. Mentors should not carry out formal assessments unless they are also acting as the induction tutor. ECTs should receive an assessment in the final term of the first year (term 3) and in the final term of the second year of induction (term 6). It is for institutions and ECTs to agree exactly when the assessment dates are set. Evidence used in assessments should be clear and transparent and copies provided to the ECT and appropriate body. Evidence for assessments must be drawn from the ECT’s work as a teacher during their induction. To ensure evidence gathering is not burdensome for the ECT, formal assessment meetings should be informed by evidence gathered during </w:t>
      </w:r>
      <w:r w:rsidRPr="00FA559D">
        <w:rPr>
          <w:rFonts w:asciiTheme="majorHAnsi" w:hAnsiTheme="majorHAnsi" w:cstheme="majorHAnsi"/>
          <w:sz w:val="24"/>
          <w:szCs w:val="24"/>
        </w:rPr>
        <w:lastRenderedPageBreak/>
        <w:t>progress reviews and assessment periods leading up to the formal assessment. This will consist of existing documents and working documents. There is no need for the ECT to create anything new for the formal assessment: they should draw from their work as a teacher and from their induction programme. Judgements made during the induction period should relate directly to the Teachers’ Standards and should not be made against the ITTECF or ECTE training programme. ECTs should be kept up to date on their progress. There should be nothing unexpected. Formal assessment reports should be completed for both formal assessments. These reports should clearly show assessment of the ECT’s performance against the Teachers’ Standards at the time of the assessment.</w:t>
      </w:r>
    </w:p>
    <w:p w14:paraId="2EAFBCFA"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The final assessment meeting is at the end of the induction period, and will form the basis of the Headteacher’s recommendation to the appropriate body as to whether, having completed their induction period, the ECT’s performance against the Teachers’ Standards is satisfactory, unsatisfactory, or whether or not an extension should be considered. This recommendation should be recorded on the final assessment report. Once assessment reports have been completed, the ECT should add their comments. They should then be signed by the induction tutor, Headteacher and the ECT. Once signed, the ECT should be given the original and a copy sent to the appropriate body shortly after each meeting, and within 10 working days of the final assessment meeting. These may be submitted electronically.</w:t>
      </w:r>
    </w:p>
    <w:p w14:paraId="26F190E6"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At Earlsmead, all ECTs will be assigned an Induction Tutor and a Mentor who will support them through their induction period. ECTs will be set clear, time related targets, and a tailored programme will be put in place to enable them to achieve this.</w:t>
      </w:r>
    </w:p>
    <w:p w14:paraId="1C50855F" w14:textId="77777777" w:rsidR="0047214F" w:rsidRPr="00FA559D" w:rsidRDefault="00804A10">
      <w:pPr>
        <w:pStyle w:val="Heading1"/>
        <w:rPr>
          <w:rFonts w:cstheme="majorHAnsi"/>
          <w:sz w:val="24"/>
          <w:szCs w:val="24"/>
        </w:rPr>
      </w:pPr>
      <w:r w:rsidRPr="00FA559D">
        <w:rPr>
          <w:rFonts w:cstheme="majorHAnsi"/>
          <w:sz w:val="24"/>
          <w:szCs w:val="24"/>
        </w:rPr>
        <w:t>Prior to Induction Commencing</w:t>
      </w:r>
    </w:p>
    <w:p w14:paraId="581961BB"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Where possible, all ECTs new to the school will have the following as a minimum requirement.</w:t>
      </w:r>
    </w:p>
    <w:p w14:paraId="60C72311" w14:textId="77777777"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By the end of the first day, Early Career Teachers will be provided with information on the following:</w:t>
      </w:r>
    </w:p>
    <w:p w14:paraId="52991EBD"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Timetable and class lists</w:t>
      </w:r>
    </w:p>
    <w:p w14:paraId="573D1126"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Where to put personal belongings</w:t>
      </w:r>
    </w:p>
    <w:p w14:paraId="5CC7CC80"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Toilets – staff and pupils’</w:t>
      </w:r>
    </w:p>
    <w:p w14:paraId="77FD2157"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First Aiders – who they are</w:t>
      </w:r>
    </w:p>
    <w:p w14:paraId="44F4F473"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Location of the medical room (Welfare)</w:t>
      </w:r>
    </w:p>
    <w:p w14:paraId="0452C4B6"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Staff Schemata</w:t>
      </w:r>
    </w:p>
    <w:p w14:paraId="765120ED"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Fire drills and procedures</w:t>
      </w:r>
    </w:p>
    <w:p w14:paraId="216927C0"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Security of the building, signing in and out</w:t>
      </w:r>
    </w:p>
    <w:p w14:paraId="5A26A9C5"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Duties and Rotas</w:t>
      </w:r>
    </w:p>
    <w:p w14:paraId="184BCD2D"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Staff briefings and meetings</w:t>
      </w:r>
    </w:p>
    <w:p w14:paraId="2F0AEC53"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Staff lunch and lunchtime procedures</w:t>
      </w:r>
    </w:p>
    <w:p w14:paraId="5118EFBD"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Use of phones/private calls</w:t>
      </w:r>
    </w:p>
    <w:p w14:paraId="44B1F95B"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IT log in and email address.</w:t>
      </w:r>
    </w:p>
    <w:p w14:paraId="008A30B1" w14:textId="77777777" w:rsidR="002360B3" w:rsidRPr="00FA559D" w:rsidRDefault="002360B3">
      <w:pPr>
        <w:rPr>
          <w:rFonts w:asciiTheme="majorHAnsi" w:hAnsiTheme="majorHAnsi" w:cstheme="majorHAnsi"/>
          <w:sz w:val="24"/>
          <w:szCs w:val="24"/>
        </w:rPr>
      </w:pPr>
    </w:p>
    <w:p w14:paraId="7AB7EDC6" w14:textId="7AB4AE28" w:rsidR="0047214F" w:rsidRPr="00FA559D" w:rsidRDefault="00804A10">
      <w:pPr>
        <w:rPr>
          <w:rFonts w:asciiTheme="majorHAnsi" w:hAnsiTheme="majorHAnsi" w:cstheme="majorHAnsi"/>
          <w:sz w:val="24"/>
          <w:szCs w:val="24"/>
        </w:rPr>
      </w:pPr>
      <w:r w:rsidRPr="00FA559D">
        <w:rPr>
          <w:rFonts w:asciiTheme="majorHAnsi" w:hAnsiTheme="majorHAnsi" w:cstheme="majorHAnsi"/>
          <w:sz w:val="24"/>
          <w:szCs w:val="24"/>
        </w:rPr>
        <w:t>During their first week, Early Career Teachers will be provided with information on the following:</w:t>
      </w:r>
    </w:p>
    <w:p w14:paraId="7D29BD56"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lastRenderedPageBreak/>
        <w:t>Code of Conduct and Staff Handbook</w:t>
      </w:r>
    </w:p>
    <w:p w14:paraId="4551888C"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Safeguarding Training including Child Protection Policy</w:t>
      </w:r>
    </w:p>
    <w:p w14:paraId="63F049E2"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School aims and values and mission statement</w:t>
      </w:r>
    </w:p>
    <w:p w14:paraId="144F59F1"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SEND Policy</w:t>
      </w:r>
    </w:p>
    <w:p w14:paraId="433A292C"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Bromcom – Registers and Assessment</w:t>
      </w:r>
    </w:p>
    <w:p w14:paraId="294A66C9"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Health and Safety Policy</w:t>
      </w:r>
    </w:p>
    <w:p w14:paraId="2655F2C8"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Intimate Care Policy including Reducing the Risk of Allegation</w:t>
      </w:r>
    </w:p>
    <w:p w14:paraId="4A4F9A41"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Behaviour Policy and systems (Class Dojo)</w:t>
      </w:r>
    </w:p>
    <w:p w14:paraId="6ADD80E8"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Keeping fire doors and exits clear of obstruction</w:t>
      </w:r>
    </w:p>
    <w:p w14:paraId="4EA7478E"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Self-certification of sickness</w:t>
      </w:r>
    </w:p>
    <w:p w14:paraId="0270F56C"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Request for Leave of Absence Form</w:t>
      </w:r>
    </w:p>
    <w:p w14:paraId="4283D3C0" w14:textId="77777777" w:rsidR="0047214F" w:rsidRPr="00FA559D" w:rsidRDefault="00804A10">
      <w:pPr>
        <w:pStyle w:val="ListBullet"/>
        <w:rPr>
          <w:rFonts w:asciiTheme="majorHAnsi" w:hAnsiTheme="majorHAnsi" w:cstheme="majorHAnsi"/>
          <w:sz w:val="24"/>
          <w:szCs w:val="24"/>
        </w:rPr>
      </w:pPr>
      <w:r w:rsidRPr="00FA559D">
        <w:rPr>
          <w:rFonts w:asciiTheme="majorHAnsi" w:hAnsiTheme="majorHAnsi" w:cstheme="majorHAnsi"/>
          <w:sz w:val="24"/>
          <w:szCs w:val="24"/>
        </w:rPr>
        <w:t>Accident and illness procedures</w:t>
      </w:r>
    </w:p>
    <w:p w14:paraId="565F4A56" w14:textId="77777777" w:rsidR="0047214F" w:rsidRPr="00FA559D" w:rsidRDefault="00804A10">
      <w:pPr>
        <w:pStyle w:val="ListBullet"/>
        <w:rPr>
          <w:sz w:val="24"/>
          <w:szCs w:val="28"/>
        </w:rPr>
      </w:pPr>
      <w:r w:rsidRPr="00FA559D">
        <w:rPr>
          <w:rFonts w:asciiTheme="majorHAnsi" w:hAnsiTheme="majorHAnsi" w:cstheme="majorHAnsi"/>
          <w:sz w:val="24"/>
          <w:szCs w:val="28"/>
        </w:rPr>
        <w:t>Information on curriculum and expectations on p</w:t>
      </w:r>
      <w:r w:rsidRPr="00FA559D">
        <w:rPr>
          <w:sz w:val="24"/>
          <w:szCs w:val="28"/>
        </w:rPr>
        <w:t>lanning – including planning formats.</w:t>
      </w:r>
    </w:p>
    <w:sectPr w:rsidR="0047214F" w:rsidRPr="00FA559D" w:rsidSect="00034616">
      <w:footerReference w:type="default" r:id="rId12"/>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74D6A" w14:textId="77777777" w:rsidR="00D5329F" w:rsidRDefault="00D5329F">
      <w:pPr>
        <w:spacing w:after="0" w:line="240" w:lineRule="auto"/>
      </w:pPr>
      <w:r>
        <w:separator/>
      </w:r>
    </w:p>
  </w:endnote>
  <w:endnote w:type="continuationSeparator" w:id="0">
    <w:p w14:paraId="70BFFED7" w14:textId="77777777" w:rsidR="00D5329F" w:rsidRDefault="00D53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50CAF" w14:textId="77777777" w:rsidR="0047214F" w:rsidRDefault="00804A10">
    <w:pPr>
      <w:pStyle w:val="Footer"/>
      <w:jc w:val="center"/>
    </w:pPr>
    <w:r>
      <w:rPr>
        <w:color w:val="5A5A5A"/>
        <w:sz w:val="16"/>
      </w:rPr>
      <w:t>Earlsmead Primary School | Policy updated October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1F5E7" w14:textId="77777777" w:rsidR="00D5329F" w:rsidRDefault="00D5329F">
      <w:pPr>
        <w:spacing w:after="0" w:line="240" w:lineRule="auto"/>
      </w:pPr>
      <w:r>
        <w:separator/>
      </w:r>
    </w:p>
  </w:footnote>
  <w:footnote w:type="continuationSeparator" w:id="0">
    <w:p w14:paraId="353976EB" w14:textId="77777777" w:rsidR="00D5329F" w:rsidRDefault="00D53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9C0773"/>
    <w:multiLevelType w:val="hybridMultilevel"/>
    <w:tmpl w:val="D9123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57E671D"/>
    <w:multiLevelType w:val="hybridMultilevel"/>
    <w:tmpl w:val="3B54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F4CBB"/>
    <w:multiLevelType w:val="hybridMultilevel"/>
    <w:tmpl w:val="F2487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769D1"/>
    <w:multiLevelType w:val="hybridMultilevel"/>
    <w:tmpl w:val="77683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B11914"/>
    <w:multiLevelType w:val="hybridMultilevel"/>
    <w:tmpl w:val="7F48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930576">
    <w:abstractNumId w:val="8"/>
  </w:num>
  <w:num w:numId="2" w16cid:durableId="2108652396">
    <w:abstractNumId w:val="6"/>
  </w:num>
  <w:num w:numId="3" w16cid:durableId="1832024167">
    <w:abstractNumId w:val="5"/>
  </w:num>
  <w:num w:numId="4" w16cid:durableId="233586136">
    <w:abstractNumId w:val="4"/>
  </w:num>
  <w:num w:numId="5" w16cid:durableId="558825776">
    <w:abstractNumId w:val="7"/>
  </w:num>
  <w:num w:numId="6" w16cid:durableId="574582889">
    <w:abstractNumId w:val="3"/>
  </w:num>
  <w:num w:numId="7" w16cid:durableId="1642072741">
    <w:abstractNumId w:val="2"/>
  </w:num>
  <w:num w:numId="8" w16cid:durableId="1211963868">
    <w:abstractNumId w:val="1"/>
  </w:num>
  <w:num w:numId="9" w16cid:durableId="564805214">
    <w:abstractNumId w:val="0"/>
  </w:num>
  <w:num w:numId="10" w16cid:durableId="901136618">
    <w:abstractNumId w:val="10"/>
  </w:num>
  <w:num w:numId="11" w16cid:durableId="1323973022">
    <w:abstractNumId w:val="12"/>
  </w:num>
  <w:num w:numId="12" w16cid:durableId="1998722998">
    <w:abstractNumId w:val="13"/>
  </w:num>
  <w:num w:numId="13" w16cid:durableId="1319336358">
    <w:abstractNumId w:val="11"/>
  </w:num>
  <w:num w:numId="14" w16cid:durableId="5018906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360B3"/>
    <w:rsid w:val="0029639D"/>
    <w:rsid w:val="00326F90"/>
    <w:rsid w:val="004206C1"/>
    <w:rsid w:val="0047214F"/>
    <w:rsid w:val="006F732E"/>
    <w:rsid w:val="00804A10"/>
    <w:rsid w:val="008B1FD3"/>
    <w:rsid w:val="00A068F5"/>
    <w:rsid w:val="00AA1D8D"/>
    <w:rsid w:val="00B47730"/>
    <w:rsid w:val="00CB0664"/>
    <w:rsid w:val="00D2303E"/>
    <w:rsid w:val="00D5329F"/>
    <w:rsid w:val="00E2706E"/>
    <w:rsid w:val="00E973BF"/>
    <w:rsid w:val="00FA559D"/>
    <w:rsid w:val="00FC693F"/>
    <w:rsid w:val="00FE3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30D792"/>
  <w14:defaultImageDpi w14:val="300"/>
  <w15:docId w15:val="{E960DD61-117B-4A50-9253-24EBEE588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73B7A"/>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73B7A"/>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73B7A"/>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73B7A"/>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0">
    <w:name w:val="TableGrid"/>
    <w:rsid w:val="002360B3"/>
    <w:pPr>
      <w:spacing w:after="0" w:line="240" w:lineRule="auto"/>
    </w:pPr>
    <w:rPr>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2437</Words>
  <Characters>13892</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dc:creator>
  <cp:keywords/>
  <dc:description>generated by python-docx</dc:description>
  <cp:lastModifiedBy>Nisha Peshawaria</cp:lastModifiedBy>
  <cp:revision>2</cp:revision>
  <cp:lastPrinted>2026-11-03T12:27:00Z</cp:lastPrinted>
  <dcterms:created xsi:type="dcterms:W3CDTF">2026-11-03T12:29:00Z</dcterms:created>
  <dcterms:modified xsi:type="dcterms:W3CDTF">2026-11-03T12:29:00Z</dcterms:modified>
  <cp:category/>
</cp:coreProperties>
</file>